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AD391" w14:textId="5C6A4ABE" w:rsidR="00EB6D77" w:rsidRPr="00A54E08" w:rsidRDefault="00EB6D77">
      <w:pPr>
        <w:rPr>
          <w:b/>
          <w:bCs/>
          <w:color w:val="00B050"/>
          <w:lang w:val="sl-SI"/>
        </w:rPr>
      </w:pPr>
      <w:r w:rsidRPr="00A54E08">
        <w:rPr>
          <w:b/>
          <w:bCs/>
          <w:color w:val="00B050"/>
          <w:lang w:val="sl-SI"/>
        </w:rPr>
        <w:t>PREJEMNIKI VELIK</w:t>
      </w:r>
      <w:r w:rsidR="003C57D7" w:rsidRPr="00A54E08">
        <w:rPr>
          <w:b/>
          <w:bCs/>
          <w:color w:val="00B050"/>
          <w:lang w:val="sl-SI"/>
        </w:rPr>
        <w:t>IH</w:t>
      </w:r>
      <w:r w:rsidRPr="00A54E08">
        <w:rPr>
          <w:b/>
          <w:bCs/>
          <w:color w:val="00B050"/>
          <w:lang w:val="sl-SI"/>
        </w:rPr>
        <w:t xml:space="preserve"> KRKIN</w:t>
      </w:r>
      <w:r w:rsidR="003C57D7" w:rsidRPr="00A54E08">
        <w:rPr>
          <w:b/>
          <w:bCs/>
          <w:color w:val="00B050"/>
          <w:lang w:val="sl-SI"/>
        </w:rPr>
        <w:t>IH</w:t>
      </w:r>
      <w:r w:rsidRPr="00A54E08">
        <w:rPr>
          <w:b/>
          <w:bCs/>
          <w:color w:val="00B050"/>
          <w:lang w:val="sl-SI"/>
        </w:rPr>
        <w:t xml:space="preserve"> NAGRAD ZA RAZISKOVALNO NALOGO</w:t>
      </w:r>
    </w:p>
    <w:p w14:paraId="0D7A40FB" w14:textId="543F91E2" w:rsidR="00E36D61" w:rsidRPr="00A22B77" w:rsidRDefault="008C0354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>r. Alen Gabrič</w:t>
      </w:r>
    </w:p>
    <w:p w14:paraId="6B4E248C" w14:textId="6E4CF455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Fakulteta za farmacijo, Univerza v Ljubljani</w:t>
      </w:r>
      <w:r w:rsidR="003119C7">
        <w:rPr>
          <w:lang w:val="sl-SI"/>
        </w:rPr>
        <w:t xml:space="preserve">, </w:t>
      </w:r>
      <w:r w:rsidR="00F92B84" w:rsidRPr="00F92B84">
        <w:rPr>
          <w:lang w:val="pt-BR"/>
        </w:rPr>
        <w:t>K</w:t>
      </w:r>
      <w:r w:rsidR="00C42A70">
        <w:rPr>
          <w:lang w:val="pt-BR"/>
        </w:rPr>
        <w:t>rka</w:t>
      </w:r>
      <w:r w:rsidR="00F92B84" w:rsidRPr="00F92B84">
        <w:rPr>
          <w:lang w:val="pt-BR"/>
        </w:rPr>
        <w:t>, d. d., Novo mesto</w:t>
      </w:r>
    </w:p>
    <w:p w14:paraId="4E3E0D5C" w14:textId="77777777" w:rsidR="00E36D61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 xml:space="preserve">Mentorji: izr. prof. dr. Stane Pajk, prof. dr. Janez </w:t>
      </w:r>
      <w:proofErr w:type="spellStart"/>
      <w:r w:rsidRPr="00A22B77">
        <w:rPr>
          <w:lang w:val="sl-SI"/>
        </w:rPr>
        <w:t>Ilaš</w:t>
      </w:r>
      <w:proofErr w:type="spellEnd"/>
      <w:r w:rsidRPr="00A22B77">
        <w:rPr>
          <w:lang w:val="sl-SI"/>
        </w:rPr>
        <w:t>, dr. Žiga Hodnik</w:t>
      </w:r>
    </w:p>
    <w:p w14:paraId="3EEEED67" w14:textId="77777777" w:rsidR="00341712" w:rsidRPr="00A22B77" w:rsidRDefault="00341712" w:rsidP="00341712">
      <w:pPr>
        <w:spacing w:after="0"/>
        <w:rPr>
          <w:lang w:val="sl-SI"/>
        </w:rPr>
      </w:pPr>
    </w:p>
    <w:p w14:paraId="672A6659" w14:textId="464520F5" w:rsidR="00E36D61" w:rsidRPr="00A22B77" w:rsidRDefault="005A051C">
      <w:pPr>
        <w:rPr>
          <w:lang w:val="sl-SI"/>
        </w:rPr>
      </w:pPr>
      <w:r w:rsidRPr="005A051C">
        <w:rPr>
          <w:lang w:val="sl-SI"/>
        </w:rPr>
        <w:t>Dr. Alen Gabrič raziskuje stabilnost zdravil in njihov</w:t>
      </w:r>
      <w:r w:rsidR="001E218E">
        <w:rPr>
          <w:lang w:val="sl-SI"/>
        </w:rPr>
        <w:t>o</w:t>
      </w:r>
      <w:r w:rsidRPr="005A051C">
        <w:rPr>
          <w:lang w:val="sl-SI"/>
        </w:rPr>
        <w:t xml:space="preserve"> razgradnj</w:t>
      </w:r>
      <w:r w:rsidR="001E218E">
        <w:rPr>
          <w:lang w:val="sl-SI"/>
        </w:rPr>
        <w:t>o</w:t>
      </w:r>
      <w:r w:rsidRPr="005A051C">
        <w:rPr>
          <w:lang w:val="sl-SI"/>
        </w:rPr>
        <w:t xml:space="preserve">. V raziskavi </w:t>
      </w:r>
      <w:r w:rsidR="009F5DFC">
        <w:rPr>
          <w:lang w:val="sl-SI"/>
        </w:rPr>
        <w:t xml:space="preserve">se </w:t>
      </w:r>
      <w:r w:rsidRPr="005A051C">
        <w:rPr>
          <w:lang w:val="sl-SI"/>
        </w:rPr>
        <w:t xml:space="preserve">je </w:t>
      </w:r>
      <w:r w:rsidR="009F5DFC">
        <w:rPr>
          <w:lang w:val="sl-SI"/>
        </w:rPr>
        <w:t>ukvarjal z</w:t>
      </w:r>
      <w:r w:rsidR="009F5DFC" w:rsidRPr="005A051C">
        <w:rPr>
          <w:lang w:val="sl-SI"/>
        </w:rPr>
        <w:t xml:space="preserve"> </w:t>
      </w:r>
      <w:r w:rsidRPr="005A051C">
        <w:rPr>
          <w:lang w:val="sl-SI"/>
        </w:rPr>
        <w:t>vpliv</w:t>
      </w:r>
      <w:r w:rsidR="009F5DFC">
        <w:rPr>
          <w:lang w:val="sl-SI"/>
        </w:rPr>
        <w:t>om</w:t>
      </w:r>
      <w:r w:rsidRPr="005A051C">
        <w:rPr>
          <w:lang w:val="sl-SI"/>
        </w:rPr>
        <w:t xml:space="preserve"> peroksidov v pomožnih snoveh na oksidativno razgradnjo učinkovin in razvil analizno metodo za njihovo določanje. Njegove ugotovitve </w:t>
      </w:r>
      <w:r w:rsidR="00CB2810">
        <w:rPr>
          <w:lang w:val="sl-SI"/>
        </w:rPr>
        <w:t>omogočajo</w:t>
      </w:r>
      <w:r w:rsidRPr="005A051C">
        <w:rPr>
          <w:lang w:val="sl-SI"/>
        </w:rPr>
        <w:t xml:space="preserve"> razvoj kakovostnejših in stabilnejših</w:t>
      </w:r>
      <w:r w:rsidR="00B94E26">
        <w:rPr>
          <w:lang w:val="sl-SI"/>
        </w:rPr>
        <w:t xml:space="preserve"> zdravil.</w:t>
      </w:r>
      <w:r w:rsidRPr="005A051C">
        <w:rPr>
          <w:lang w:val="sl-SI"/>
        </w:rPr>
        <w:t xml:space="preserve"> </w:t>
      </w:r>
    </w:p>
    <w:p w14:paraId="55898D8B" w14:textId="54F27291" w:rsidR="00E36D61" w:rsidRPr="00A22B77" w:rsidRDefault="008C0354">
      <w:pPr>
        <w:rPr>
          <w:lang w:val="sl-SI"/>
        </w:rPr>
      </w:pPr>
      <w:r w:rsidRPr="00A22B77">
        <w:rPr>
          <w:b/>
          <w:lang w:val="sl-SI"/>
        </w:rPr>
        <w:t>Dr. Eva Klara Merzel Šabović</w:t>
      </w:r>
    </w:p>
    <w:p w14:paraId="59A716DE" w14:textId="77777777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35DDEF82" w14:textId="77777777" w:rsidR="00E36D61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 xml:space="preserve">Mentor: izr. prof. dr. Miodrag </w:t>
      </w:r>
      <w:proofErr w:type="spellStart"/>
      <w:r w:rsidRPr="00A22B77">
        <w:rPr>
          <w:lang w:val="sl-SI"/>
        </w:rPr>
        <w:t>Janić</w:t>
      </w:r>
      <w:proofErr w:type="spellEnd"/>
    </w:p>
    <w:p w14:paraId="724E4B05" w14:textId="77777777" w:rsidR="00341712" w:rsidRDefault="00341712" w:rsidP="00341712">
      <w:pPr>
        <w:spacing w:after="0"/>
        <w:rPr>
          <w:lang w:val="sl-SI"/>
        </w:rPr>
      </w:pPr>
    </w:p>
    <w:p w14:paraId="0A37501D" w14:textId="27631966" w:rsidR="00E36D61" w:rsidRPr="00A22B77" w:rsidRDefault="000D3869">
      <w:pPr>
        <w:rPr>
          <w:lang w:val="sl-SI"/>
        </w:rPr>
      </w:pPr>
      <w:r w:rsidRPr="000D3869">
        <w:rPr>
          <w:lang w:val="sl-SI"/>
        </w:rPr>
        <w:t xml:space="preserve">Dr. Eva Klara Merzel Šabović raziskuje povezanost luskavice </w:t>
      </w:r>
      <w:r w:rsidR="004369A3">
        <w:rPr>
          <w:lang w:val="sl-SI"/>
        </w:rPr>
        <w:t>in</w:t>
      </w:r>
      <w:r w:rsidR="004369A3" w:rsidRPr="000D3869">
        <w:rPr>
          <w:lang w:val="sl-SI"/>
        </w:rPr>
        <w:t xml:space="preserve"> </w:t>
      </w:r>
      <w:r w:rsidRPr="000D3869">
        <w:rPr>
          <w:lang w:val="sl-SI"/>
        </w:rPr>
        <w:t>drugi</w:t>
      </w:r>
      <w:r w:rsidR="004369A3">
        <w:rPr>
          <w:lang w:val="sl-SI"/>
        </w:rPr>
        <w:t>h</w:t>
      </w:r>
      <w:r w:rsidRPr="000D3869">
        <w:rPr>
          <w:lang w:val="sl-SI"/>
        </w:rPr>
        <w:t xml:space="preserve"> bolezni, zlasti pri mlajših in bolnikih srednjih let. </w:t>
      </w:r>
      <w:r w:rsidR="00B779F6">
        <w:rPr>
          <w:lang w:val="sl-SI"/>
        </w:rPr>
        <w:t>Proučevala</w:t>
      </w:r>
      <w:r w:rsidR="00E044C7">
        <w:rPr>
          <w:lang w:val="sl-SI"/>
        </w:rPr>
        <w:t xml:space="preserve"> je</w:t>
      </w:r>
      <w:r w:rsidRPr="000D3869">
        <w:rPr>
          <w:lang w:val="sl-SI"/>
        </w:rPr>
        <w:t xml:space="preserve"> vpliv luskavice na sr</w:t>
      </w:r>
      <w:r w:rsidR="00327369">
        <w:rPr>
          <w:lang w:val="sl-SI"/>
        </w:rPr>
        <w:t xml:space="preserve">ce in </w:t>
      </w:r>
      <w:r w:rsidRPr="000D3869">
        <w:rPr>
          <w:lang w:val="sl-SI"/>
        </w:rPr>
        <w:t>žil</w:t>
      </w:r>
      <w:r w:rsidR="00327369">
        <w:rPr>
          <w:lang w:val="sl-SI"/>
        </w:rPr>
        <w:t>je</w:t>
      </w:r>
      <w:r w:rsidRPr="000D3869">
        <w:rPr>
          <w:lang w:val="sl-SI"/>
        </w:rPr>
        <w:t xml:space="preserve"> </w:t>
      </w:r>
      <w:r w:rsidR="00327369">
        <w:rPr>
          <w:lang w:val="sl-SI"/>
        </w:rPr>
        <w:t>ter</w:t>
      </w:r>
      <w:r w:rsidRPr="000D3869">
        <w:rPr>
          <w:lang w:val="sl-SI"/>
        </w:rPr>
        <w:t xml:space="preserve"> pokazala, da lahko vnetne in presnovne spremembe vztrajajo kljub zdravljenju z biološkimi zdravili. S tem </w:t>
      </w:r>
      <w:r w:rsidR="00CD3159">
        <w:rPr>
          <w:lang w:val="sl-SI"/>
        </w:rPr>
        <w:t xml:space="preserve">je </w:t>
      </w:r>
      <w:r w:rsidRPr="000D3869">
        <w:rPr>
          <w:lang w:val="sl-SI"/>
        </w:rPr>
        <w:t>prispeva</w:t>
      </w:r>
      <w:r w:rsidR="00CD3159">
        <w:rPr>
          <w:lang w:val="sl-SI"/>
        </w:rPr>
        <w:t>la</w:t>
      </w:r>
      <w:r w:rsidRPr="000D3869">
        <w:rPr>
          <w:lang w:val="sl-SI"/>
        </w:rPr>
        <w:t xml:space="preserve"> k razumevanju luskavice kot sistemske bolezni.</w:t>
      </w:r>
    </w:p>
    <w:p w14:paraId="58A0E960" w14:textId="2382B698" w:rsidR="00E36D61" w:rsidRDefault="008C0354" w:rsidP="00341712">
      <w:pPr>
        <w:spacing w:after="0"/>
        <w:rPr>
          <w:b/>
          <w:lang w:val="sl-SI"/>
        </w:rPr>
      </w:pPr>
      <w:r w:rsidRPr="00A22B77">
        <w:rPr>
          <w:b/>
          <w:lang w:val="sl-SI"/>
        </w:rPr>
        <w:t>Dr. Sandi Svetič</w:t>
      </w:r>
    </w:p>
    <w:p w14:paraId="77DC6999" w14:textId="77777777" w:rsidR="00341712" w:rsidRPr="00A22B77" w:rsidRDefault="00341712" w:rsidP="00341712">
      <w:pPr>
        <w:spacing w:after="0"/>
        <w:rPr>
          <w:lang w:val="sl-SI"/>
        </w:rPr>
      </w:pPr>
    </w:p>
    <w:p w14:paraId="294497BC" w14:textId="06156C72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Fakulteta za farmacijo, Univerza v Ljubljani</w:t>
      </w:r>
      <w:r w:rsidR="00C42A70">
        <w:rPr>
          <w:lang w:val="sl-SI"/>
        </w:rPr>
        <w:t xml:space="preserve">, </w:t>
      </w:r>
      <w:r w:rsidR="00C42A70" w:rsidRPr="00F92B84">
        <w:rPr>
          <w:lang w:val="pt-BR"/>
        </w:rPr>
        <w:t>K</w:t>
      </w:r>
      <w:r w:rsidR="00C42A70">
        <w:rPr>
          <w:lang w:val="pt-BR"/>
        </w:rPr>
        <w:t>rka</w:t>
      </w:r>
      <w:r w:rsidR="00C42A70" w:rsidRPr="00F92B84">
        <w:rPr>
          <w:lang w:val="pt-BR"/>
        </w:rPr>
        <w:t>, d. d., Novo mesto</w:t>
      </w:r>
    </w:p>
    <w:p w14:paraId="10169F22" w14:textId="77777777" w:rsidR="00E36D61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Mentorja: prof. dr. Franc Vrečer, doc. dr. Klemen Korasa</w:t>
      </w:r>
    </w:p>
    <w:p w14:paraId="24257619" w14:textId="77777777" w:rsidR="00341712" w:rsidRDefault="00341712" w:rsidP="00341712">
      <w:pPr>
        <w:spacing w:after="0"/>
        <w:rPr>
          <w:lang w:val="sl-SI"/>
        </w:rPr>
      </w:pPr>
    </w:p>
    <w:p w14:paraId="2A55738A" w14:textId="58AB9D7F" w:rsidR="000D3869" w:rsidRPr="00A22B77" w:rsidRDefault="000D3869">
      <w:pPr>
        <w:rPr>
          <w:lang w:val="sl-SI"/>
        </w:rPr>
      </w:pPr>
      <w:r w:rsidRPr="000D3869">
        <w:rPr>
          <w:lang w:val="sl-SI"/>
        </w:rPr>
        <w:t xml:space="preserve">Dr. Sandi Svetič </w:t>
      </w:r>
      <w:r w:rsidR="000735FA">
        <w:rPr>
          <w:lang w:val="sl-SI"/>
        </w:rPr>
        <w:t>proučuje</w:t>
      </w:r>
      <w:r w:rsidR="000735FA" w:rsidRPr="000D3869">
        <w:rPr>
          <w:lang w:val="sl-SI"/>
        </w:rPr>
        <w:t xml:space="preserve"> </w:t>
      </w:r>
      <w:r w:rsidRPr="000D3869">
        <w:rPr>
          <w:lang w:val="sl-SI"/>
        </w:rPr>
        <w:t>procesno analizne tehnologije za spremljanje lastnosti farmacevtskih izdelkov</w:t>
      </w:r>
      <w:r w:rsidR="00102E0E">
        <w:rPr>
          <w:lang w:val="sl-SI"/>
        </w:rPr>
        <w:t xml:space="preserve"> </w:t>
      </w:r>
      <w:r w:rsidRPr="000D3869">
        <w:rPr>
          <w:lang w:val="sl-SI"/>
        </w:rPr>
        <w:t xml:space="preserve">med </w:t>
      </w:r>
      <w:r w:rsidR="00B94E26">
        <w:rPr>
          <w:lang w:val="sl-SI"/>
        </w:rPr>
        <w:t>izdelavo</w:t>
      </w:r>
      <w:r w:rsidRPr="000D3869">
        <w:rPr>
          <w:lang w:val="sl-SI"/>
        </w:rPr>
        <w:t xml:space="preserve">. </w:t>
      </w:r>
      <w:r w:rsidR="00F52405">
        <w:rPr>
          <w:lang w:val="sl-SI"/>
        </w:rPr>
        <w:t>Dokazal je</w:t>
      </w:r>
      <w:r w:rsidRPr="000D3869">
        <w:rPr>
          <w:lang w:val="sl-SI"/>
        </w:rPr>
        <w:t xml:space="preserve">, da je mogoče tudi s standardno procesno in analizno opremo </w:t>
      </w:r>
      <w:r w:rsidR="000249D2">
        <w:rPr>
          <w:lang w:val="sl-SI"/>
        </w:rPr>
        <w:t>vzpostaviti</w:t>
      </w:r>
      <w:r w:rsidR="000249D2" w:rsidRPr="000D3869">
        <w:rPr>
          <w:lang w:val="sl-SI"/>
        </w:rPr>
        <w:t xml:space="preserve"> </w:t>
      </w:r>
      <w:r w:rsidRPr="000D3869">
        <w:rPr>
          <w:lang w:val="sl-SI"/>
        </w:rPr>
        <w:t>sodobne pristope</w:t>
      </w:r>
      <w:r w:rsidR="00B94E26">
        <w:rPr>
          <w:lang w:val="sl-SI"/>
        </w:rPr>
        <w:t xml:space="preserve">, </w:t>
      </w:r>
      <w:r w:rsidRPr="000D3869">
        <w:rPr>
          <w:lang w:val="sl-SI"/>
        </w:rPr>
        <w:t xml:space="preserve"> </w:t>
      </w:r>
      <w:r w:rsidR="00B94E26" w:rsidRPr="00B94E26">
        <w:rPr>
          <w:lang w:val="sl-SI"/>
        </w:rPr>
        <w:t>ki omogočajo izdelavo naprednih farmacevtskih oblik in boljše razumevanje proizvodnih procesov</w:t>
      </w:r>
      <w:r w:rsidR="00B94E26">
        <w:rPr>
          <w:lang w:val="sl-SI"/>
        </w:rPr>
        <w:t xml:space="preserve">. </w:t>
      </w:r>
    </w:p>
    <w:p w14:paraId="23655161" w14:textId="4260ABD0" w:rsidR="00E36D61" w:rsidRPr="00A22B77" w:rsidRDefault="008C0354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>r. Armando Tratenšek</w:t>
      </w:r>
    </w:p>
    <w:p w14:paraId="487920F8" w14:textId="77777777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59AF5B2E" w14:textId="119630C5" w:rsidR="00E36D61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Mentorja: prof. dr. Tomaž Vovk,</w:t>
      </w:r>
      <w:r w:rsidR="009766C6" w:rsidRPr="00A22B77">
        <w:rPr>
          <w:lang w:val="sl-SI"/>
        </w:rPr>
        <w:t xml:space="preserve"> </w:t>
      </w:r>
      <w:r w:rsidRPr="00B94E26">
        <w:rPr>
          <w:lang w:val="sl-SI"/>
        </w:rPr>
        <w:t>izr. prof</w:t>
      </w:r>
      <w:r w:rsidR="004B14E9" w:rsidRPr="00B94E26">
        <w:rPr>
          <w:lang w:val="sl-SI"/>
        </w:rPr>
        <w:t>.</w:t>
      </w:r>
      <w:r w:rsidRPr="00B94E26">
        <w:rPr>
          <w:lang w:val="sl-SI"/>
        </w:rPr>
        <w:t xml:space="preserve"> dr. </w:t>
      </w:r>
      <w:r w:rsidRPr="00A22B77">
        <w:rPr>
          <w:lang w:val="sl-SI"/>
        </w:rPr>
        <w:t>David Drobne</w:t>
      </w:r>
    </w:p>
    <w:p w14:paraId="2B51D271" w14:textId="77777777" w:rsidR="00341712" w:rsidRDefault="00341712" w:rsidP="00341712">
      <w:pPr>
        <w:spacing w:after="0"/>
        <w:rPr>
          <w:lang w:val="sl-SI"/>
        </w:rPr>
      </w:pPr>
    </w:p>
    <w:p w14:paraId="78EEAC19" w14:textId="08C3847B" w:rsidR="000D3869" w:rsidRPr="00A22B77" w:rsidRDefault="000D3869">
      <w:pPr>
        <w:rPr>
          <w:lang w:val="sl-SI"/>
        </w:rPr>
      </w:pPr>
      <w:r w:rsidRPr="000D3869">
        <w:rPr>
          <w:lang w:val="sl-SI"/>
        </w:rPr>
        <w:t xml:space="preserve">Dr. Armando </w:t>
      </w:r>
      <w:proofErr w:type="spellStart"/>
      <w:r w:rsidRPr="000D3869">
        <w:rPr>
          <w:lang w:val="sl-SI"/>
        </w:rPr>
        <w:t>Tratenšek</w:t>
      </w:r>
      <w:proofErr w:type="spellEnd"/>
      <w:r w:rsidRPr="000D3869">
        <w:rPr>
          <w:lang w:val="sl-SI"/>
        </w:rPr>
        <w:t xml:space="preserve"> se </w:t>
      </w:r>
      <w:r w:rsidR="00EC4EC9">
        <w:rPr>
          <w:lang w:val="sl-SI"/>
        </w:rPr>
        <w:t xml:space="preserve">posveča </w:t>
      </w:r>
      <w:proofErr w:type="spellStart"/>
      <w:r w:rsidRPr="000D3869">
        <w:rPr>
          <w:lang w:val="sl-SI"/>
        </w:rPr>
        <w:t>farmakometrij</w:t>
      </w:r>
      <w:r w:rsidR="00EC4EC9">
        <w:rPr>
          <w:lang w:val="sl-SI"/>
        </w:rPr>
        <w:t>i</w:t>
      </w:r>
      <w:proofErr w:type="spellEnd"/>
      <w:r w:rsidRPr="000D3869">
        <w:rPr>
          <w:lang w:val="sl-SI"/>
        </w:rPr>
        <w:t xml:space="preserve">, ki </w:t>
      </w:r>
      <w:r w:rsidR="005E5413">
        <w:rPr>
          <w:lang w:val="sl-SI"/>
        </w:rPr>
        <w:t>na podlagi</w:t>
      </w:r>
      <w:r w:rsidRPr="000D3869">
        <w:rPr>
          <w:lang w:val="sl-SI"/>
        </w:rPr>
        <w:t xml:space="preserve"> analize kliničnih podatkov omogoča učinkovit</w:t>
      </w:r>
      <w:r w:rsidR="00BC2396">
        <w:rPr>
          <w:lang w:val="sl-SI"/>
        </w:rPr>
        <w:t>ejše</w:t>
      </w:r>
      <w:r w:rsidRPr="000D3869">
        <w:rPr>
          <w:lang w:val="sl-SI"/>
        </w:rPr>
        <w:t xml:space="preserve"> in bolniku prilagojeno zdravljenje. </w:t>
      </w:r>
      <w:r w:rsidR="00294B93">
        <w:rPr>
          <w:lang w:val="sl-SI"/>
        </w:rPr>
        <w:t>D</w:t>
      </w:r>
      <w:r w:rsidRPr="000D3869">
        <w:rPr>
          <w:lang w:val="sl-SI"/>
        </w:rPr>
        <w:t>okaz</w:t>
      </w:r>
      <w:r w:rsidR="00306E8A">
        <w:rPr>
          <w:lang w:val="sl-SI"/>
        </w:rPr>
        <w:t>oval</w:t>
      </w:r>
      <w:r w:rsidR="00294B93">
        <w:rPr>
          <w:lang w:val="sl-SI"/>
        </w:rPr>
        <w:t xml:space="preserve"> je</w:t>
      </w:r>
      <w:r w:rsidRPr="000D3869">
        <w:rPr>
          <w:lang w:val="sl-SI"/>
        </w:rPr>
        <w:t xml:space="preserve"> povezavo med kazalniki oksidativnega stresa in aktivnostjo </w:t>
      </w:r>
      <w:r w:rsidR="00CC5D57" w:rsidRPr="000D3869">
        <w:rPr>
          <w:lang w:val="sl-SI"/>
        </w:rPr>
        <w:t xml:space="preserve">kronične vnetne črevesne </w:t>
      </w:r>
      <w:r w:rsidRPr="000D3869">
        <w:rPr>
          <w:lang w:val="sl-SI"/>
        </w:rPr>
        <w:t xml:space="preserve">bolezni </w:t>
      </w:r>
      <w:r w:rsidR="00CC5D57">
        <w:rPr>
          <w:lang w:val="sl-SI"/>
        </w:rPr>
        <w:t>ter</w:t>
      </w:r>
      <w:r w:rsidR="00CC5D57" w:rsidRPr="000D3869">
        <w:rPr>
          <w:lang w:val="sl-SI"/>
        </w:rPr>
        <w:t xml:space="preserve"> </w:t>
      </w:r>
      <w:r w:rsidRPr="000D3869">
        <w:rPr>
          <w:lang w:val="sl-SI"/>
        </w:rPr>
        <w:t xml:space="preserve">razvil model za natančnejše odmerjanje </w:t>
      </w:r>
      <w:proofErr w:type="spellStart"/>
      <w:r w:rsidRPr="000D3869">
        <w:rPr>
          <w:lang w:val="sl-SI"/>
        </w:rPr>
        <w:t>ustekinumaba</w:t>
      </w:r>
      <w:proofErr w:type="spellEnd"/>
      <w:r>
        <w:rPr>
          <w:lang w:val="sl-SI"/>
        </w:rPr>
        <w:t>.</w:t>
      </w:r>
    </w:p>
    <w:p w14:paraId="2FCD8D1D" w14:textId="49D9A825" w:rsidR="00E36D61" w:rsidRPr="00A22B77" w:rsidRDefault="008C0354">
      <w:pPr>
        <w:rPr>
          <w:lang w:val="sl-SI"/>
        </w:rPr>
      </w:pPr>
      <w:r w:rsidRPr="00A22B77">
        <w:rPr>
          <w:b/>
          <w:lang w:val="sl-SI"/>
        </w:rPr>
        <w:t>Dr. Mercedes Vitek</w:t>
      </w:r>
    </w:p>
    <w:p w14:paraId="6BFA3FCC" w14:textId="77777777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7B0339E0" w14:textId="5FB0654F" w:rsidR="00E36D61" w:rsidRPr="00306E8A" w:rsidRDefault="00DB5DAB" w:rsidP="00341712">
      <w:pPr>
        <w:spacing w:after="0"/>
        <w:rPr>
          <w:lang w:val="sl-SI"/>
        </w:rPr>
      </w:pPr>
      <w:r w:rsidRPr="00306E8A">
        <w:rPr>
          <w:lang w:val="sl-SI"/>
        </w:rPr>
        <w:t>Mentorici: izr. prof</w:t>
      </w:r>
      <w:r w:rsidR="00AA2430" w:rsidRPr="00306E8A">
        <w:rPr>
          <w:lang w:val="sl-SI"/>
        </w:rPr>
        <w:t>.</w:t>
      </w:r>
      <w:r w:rsidRPr="00306E8A">
        <w:rPr>
          <w:lang w:val="sl-SI"/>
        </w:rPr>
        <w:t xml:space="preserve"> dr. Mirjam </w:t>
      </w:r>
      <w:proofErr w:type="spellStart"/>
      <w:r w:rsidRPr="00306E8A">
        <w:rPr>
          <w:lang w:val="sl-SI"/>
        </w:rPr>
        <w:t>Gosenca</w:t>
      </w:r>
      <w:proofErr w:type="spellEnd"/>
      <w:r w:rsidRPr="00306E8A">
        <w:rPr>
          <w:lang w:val="sl-SI"/>
        </w:rPr>
        <w:t xml:space="preserve"> Matjaž, prof</w:t>
      </w:r>
      <w:r w:rsidR="00FB1F94" w:rsidRPr="00306E8A">
        <w:rPr>
          <w:lang w:val="sl-SI"/>
        </w:rPr>
        <w:t>.</w:t>
      </w:r>
      <w:r w:rsidRPr="00306E8A">
        <w:rPr>
          <w:lang w:val="sl-SI"/>
        </w:rPr>
        <w:t xml:space="preserve"> dr. Alenka Zvonar </w:t>
      </w:r>
      <w:proofErr w:type="spellStart"/>
      <w:r w:rsidRPr="00306E8A">
        <w:rPr>
          <w:lang w:val="sl-SI"/>
        </w:rPr>
        <w:t>Pobirk</w:t>
      </w:r>
      <w:proofErr w:type="spellEnd"/>
    </w:p>
    <w:p w14:paraId="61829C8E" w14:textId="2E5D146F" w:rsidR="00EB6D77" w:rsidRPr="00A22B77" w:rsidRDefault="000D3869">
      <w:pPr>
        <w:rPr>
          <w:lang w:val="sl-SI"/>
        </w:rPr>
      </w:pPr>
      <w:r w:rsidRPr="000D3869">
        <w:rPr>
          <w:lang w:val="sl-SI"/>
        </w:rPr>
        <w:lastRenderedPageBreak/>
        <w:t xml:space="preserve">Dr. Mercedes Vitek se ukvarja z razvojem naprednih formulacij za dermalno in subkutano aplikacijo učinkovin. Osrednji dosežek nagrajene naloge so inovativne formulacije na osnovi </w:t>
      </w:r>
      <w:proofErr w:type="spellStart"/>
      <w:r w:rsidRPr="000D3869">
        <w:rPr>
          <w:lang w:val="sl-SI"/>
        </w:rPr>
        <w:t>liotropnih</w:t>
      </w:r>
      <w:proofErr w:type="spellEnd"/>
      <w:r w:rsidRPr="000D3869">
        <w:rPr>
          <w:lang w:val="sl-SI"/>
        </w:rPr>
        <w:t xml:space="preserve"> tekočih kristalov, ki odpirajo nove možnosti za bolnikom prijaznejše zdravljenje </w:t>
      </w:r>
      <w:proofErr w:type="spellStart"/>
      <w:r w:rsidRPr="000D3869">
        <w:rPr>
          <w:lang w:val="sl-SI"/>
        </w:rPr>
        <w:t>atopijskega</w:t>
      </w:r>
      <w:proofErr w:type="spellEnd"/>
      <w:r w:rsidRPr="000D3869">
        <w:rPr>
          <w:lang w:val="sl-SI"/>
        </w:rPr>
        <w:t xml:space="preserve"> dermatitisa</w:t>
      </w:r>
      <w:r>
        <w:rPr>
          <w:lang w:val="sl-SI"/>
        </w:rPr>
        <w:t>.</w:t>
      </w:r>
    </w:p>
    <w:p w14:paraId="3F9A14A1" w14:textId="2334364D" w:rsidR="00EB6D77" w:rsidRPr="00A54E08" w:rsidRDefault="00EB6D77">
      <w:pPr>
        <w:rPr>
          <w:b/>
          <w:bCs/>
          <w:color w:val="00B050"/>
          <w:lang w:val="sl-SI"/>
        </w:rPr>
      </w:pPr>
      <w:r w:rsidRPr="00A54E08">
        <w:rPr>
          <w:b/>
          <w:bCs/>
          <w:color w:val="00B050"/>
          <w:lang w:val="sl-SI"/>
        </w:rPr>
        <w:t>PREJEMNIKI KRKIN</w:t>
      </w:r>
      <w:r w:rsidR="003C57D7" w:rsidRPr="00A54E08">
        <w:rPr>
          <w:b/>
          <w:bCs/>
          <w:color w:val="00B050"/>
          <w:lang w:val="sl-SI"/>
        </w:rPr>
        <w:t>IH</w:t>
      </w:r>
      <w:r w:rsidRPr="00A54E08">
        <w:rPr>
          <w:b/>
          <w:bCs/>
          <w:color w:val="00B050"/>
          <w:lang w:val="sl-SI"/>
        </w:rPr>
        <w:t xml:space="preserve"> NAGRAD S PRIZNANJEM ZA IZSTOPAJOČE RAZISKOVALNO DELO</w:t>
      </w:r>
    </w:p>
    <w:p w14:paraId="3070D5A9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Urban Barbič</w:t>
      </w:r>
    </w:p>
    <w:p w14:paraId="39BC64A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5A39BBE3" w14:textId="2513E1AB" w:rsidR="00E36D61" w:rsidRDefault="00DB5DAB">
      <w:pPr>
        <w:rPr>
          <w:lang w:val="sl-SI"/>
        </w:rPr>
      </w:pPr>
      <w:r w:rsidRPr="00A22B77">
        <w:rPr>
          <w:lang w:val="sl-SI"/>
        </w:rPr>
        <w:t>Mentor: izr. prof. dr. Martin Gazvoda</w:t>
      </w:r>
    </w:p>
    <w:p w14:paraId="6BBFE1C5" w14:textId="77777777" w:rsidR="00306E8A" w:rsidRPr="00A22B77" w:rsidRDefault="00306E8A">
      <w:pPr>
        <w:rPr>
          <w:lang w:val="sl-SI"/>
        </w:rPr>
      </w:pPr>
    </w:p>
    <w:p w14:paraId="10AF0572" w14:textId="700DC452" w:rsidR="00D0628D" w:rsidRPr="00A22B77" w:rsidRDefault="00D0628D" w:rsidP="00D0628D">
      <w:pPr>
        <w:rPr>
          <w:lang w:val="sl-SI"/>
        </w:rPr>
      </w:pPr>
      <w:r w:rsidRPr="00A22B77">
        <w:rPr>
          <w:b/>
          <w:lang w:val="sl-SI"/>
        </w:rPr>
        <w:t xml:space="preserve">Filip </w:t>
      </w:r>
      <w:proofErr w:type="spellStart"/>
      <w:r w:rsidRPr="00A22B77">
        <w:rPr>
          <w:b/>
          <w:lang w:val="sl-SI"/>
        </w:rPr>
        <w:t>Dugonik</w:t>
      </w:r>
      <w:proofErr w:type="spellEnd"/>
      <w:r w:rsidR="00BB6019">
        <w:rPr>
          <w:b/>
          <w:lang w:val="sl-SI"/>
        </w:rPr>
        <w:t>,</w:t>
      </w:r>
      <w:r w:rsidRPr="00A22B77">
        <w:rPr>
          <w:b/>
          <w:lang w:val="sl-SI"/>
        </w:rPr>
        <w:t xml:space="preserve"> Urška Jeršič, </w:t>
      </w:r>
      <w:proofErr w:type="spellStart"/>
      <w:r w:rsidRPr="00A22B77">
        <w:rPr>
          <w:b/>
          <w:lang w:val="sl-SI"/>
        </w:rPr>
        <w:t>Lejla</w:t>
      </w:r>
      <w:proofErr w:type="spellEnd"/>
      <w:r w:rsidRPr="00A22B77">
        <w:rPr>
          <w:b/>
          <w:lang w:val="sl-SI"/>
        </w:rPr>
        <w:t xml:space="preserve"> Kač</w:t>
      </w:r>
    </w:p>
    <w:p w14:paraId="2570A4D5" w14:textId="77777777" w:rsidR="00D0628D" w:rsidRPr="00A22B77" w:rsidRDefault="00D0628D" w:rsidP="00D0628D">
      <w:pPr>
        <w:rPr>
          <w:lang w:val="sl-SI"/>
        </w:rPr>
      </w:pPr>
      <w:r w:rsidRPr="00A22B77">
        <w:rPr>
          <w:lang w:val="sl-SI"/>
        </w:rPr>
        <w:t>Medicinska fakulteta, Univerza v Mariboru</w:t>
      </w:r>
    </w:p>
    <w:p w14:paraId="6D703E9E" w14:textId="050BE340" w:rsidR="00D0628D" w:rsidRPr="00A22B77" w:rsidRDefault="00D0628D" w:rsidP="00D0628D">
      <w:pPr>
        <w:rPr>
          <w:lang w:val="sl-SI"/>
        </w:rPr>
      </w:pPr>
      <w:r w:rsidRPr="00A22B77">
        <w:rPr>
          <w:lang w:val="sl-SI"/>
        </w:rPr>
        <w:t>Mentorice: izr. prof. dr. Tina Maver, dr. Tanja Zidarič, dr. Lidija Gradišnik</w:t>
      </w:r>
    </w:p>
    <w:p w14:paraId="5AF8AA6D" w14:textId="77777777" w:rsidR="00D0628D" w:rsidRPr="00A22B77" w:rsidRDefault="00D0628D">
      <w:pPr>
        <w:rPr>
          <w:lang w:val="sl-SI"/>
        </w:rPr>
      </w:pPr>
    </w:p>
    <w:p w14:paraId="5806C27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Vito Ham</w:t>
      </w:r>
    </w:p>
    <w:p w14:paraId="4513B3E4" w14:textId="6CF10C9B" w:rsidR="00E36D61" w:rsidRPr="00EE4711" w:rsidRDefault="00DB5DAB">
      <w:r w:rsidRPr="00A22B77">
        <w:rPr>
          <w:lang w:val="sl-SI"/>
        </w:rPr>
        <w:t>Biotehniška fakulteta, Univerza v Ljubljani</w:t>
      </w:r>
      <w:r w:rsidR="00C42A70">
        <w:rPr>
          <w:lang w:val="sl-SI"/>
        </w:rPr>
        <w:t xml:space="preserve">, </w:t>
      </w:r>
      <w:proofErr w:type="spellStart"/>
      <w:r w:rsidR="00F92B84" w:rsidRPr="00620146">
        <w:t>Nacionalni</w:t>
      </w:r>
      <w:proofErr w:type="spellEnd"/>
      <w:r w:rsidR="00F92B84" w:rsidRPr="00620146">
        <w:t xml:space="preserve"> </w:t>
      </w:r>
      <w:proofErr w:type="spellStart"/>
      <w:r w:rsidR="00F92B84" w:rsidRPr="00620146">
        <w:t>inštitut</w:t>
      </w:r>
      <w:proofErr w:type="spellEnd"/>
      <w:r w:rsidR="00F92B84" w:rsidRPr="00620146">
        <w:t xml:space="preserve"> za </w:t>
      </w:r>
      <w:proofErr w:type="spellStart"/>
      <w:r w:rsidR="00F92B84" w:rsidRPr="00620146">
        <w:t>biologijo</w:t>
      </w:r>
      <w:proofErr w:type="spellEnd"/>
      <w:r w:rsidR="0041557C">
        <w:t>, Ljubljana</w:t>
      </w:r>
    </w:p>
    <w:p w14:paraId="0CA2742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Mentorici: izr. prof. dr. Bojana </w:t>
      </w:r>
      <w:proofErr w:type="spellStart"/>
      <w:r w:rsidRPr="00A22B77">
        <w:rPr>
          <w:lang w:val="sl-SI"/>
        </w:rPr>
        <w:t>Žegura</w:t>
      </w:r>
      <w:proofErr w:type="spellEnd"/>
      <w:r w:rsidRPr="00A22B77">
        <w:rPr>
          <w:lang w:val="sl-SI"/>
        </w:rPr>
        <w:t>, dr. Martina Štampar</w:t>
      </w:r>
    </w:p>
    <w:p w14:paraId="72A3D3EC" w14:textId="77777777" w:rsidR="00E36D61" w:rsidRPr="00A22B77" w:rsidRDefault="00E36D61">
      <w:pPr>
        <w:rPr>
          <w:lang w:val="sl-SI"/>
        </w:rPr>
      </w:pPr>
    </w:p>
    <w:p w14:paraId="5A9D275F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Žiga Oražem</w:t>
      </w:r>
    </w:p>
    <w:p w14:paraId="04CB3D0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08FFA3D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Janez Košmrlj</w:t>
      </w:r>
    </w:p>
    <w:p w14:paraId="0D0B940D" w14:textId="77777777" w:rsidR="00E36D61" w:rsidRPr="00A22B77" w:rsidRDefault="00E36D61">
      <w:pPr>
        <w:rPr>
          <w:lang w:val="sl-SI"/>
        </w:rPr>
      </w:pPr>
    </w:p>
    <w:p w14:paraId="5E9DCC4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Aljoša Škorjanc</w:t>
      </w:r>
    </w:p>
    <w:p w14:paraId="0A1DD78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0E7B790A" w14:textId="77777777" w:rsidR="00306E8A" w:rsidRDefault="00DB5DAB" w:rsidP="00EB6D77">
      <w:pPr>
        <w:rPr>
          <w:lang w:val="sl-SI"/>
        </w:rPr>
      </w:pPr>
      <w:r w:rsidRPr="00A22B77">
        <w:rPr>
          <w:lang w:val="sl-SI"/>
        </w:rPr>
        <w:t>Mentor: doc. dr. Nejc Umek</w:t>
      </w:r>
    </w:p>
    <w:p w14:paraId="3DC6CDC6" w14:textId="67FA7586" w:rsidR="00EB6D77" w:rsidRPr="00A54E08" w:rsidRDefault="00EB6D77" w:rsidP="00EB6D77">
      <w:pPr>
        <w:rPr>
          <w:color w:val="00B050"/>
          <w:lang w:val="sl-SI"/>
        </w:rPr>
      </w:pPr>
      <w:r w:rsidRPr="00A54E08">
        <w:rPr>
          <w:b/>
          <w:bCs/>
          <w:color w:val="00B050"/>
          <w:lang w:val="sl-SI"/>
        </w:rPr>
        <w:t>PREJEMNIKI KRKIN</w:t>
      </w:r>
      <w:r w:rsidR="003C57D7" w:rsidRPr="00A54E08">
        <w:rPr>
          <w:b/>
          <w:bCs/>
          <w:color w:val="00B050"/>
          <w:lang w:val="sl-SI"/>
        </w:rPr>
        <w:t>IH</w:t>
      </w:r>
      <w:r w:rsidRPr="00A54E08">
        <w:rPr>
          <w:b/>
          <w:bCs/>
          <w:color w:val="00B050"/>
          <w:lang w:val="sl-SI"/>
        </w:rPr>
        <w:t xml:space="preserve"> NAGRAD ZA RAZISKOVALNO NALOGO</w:t>
      </w:r>
    </w:p>
    <w:p w14:paraId="24A57DDF" w14:textId="577B1CFA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 xml:space="preserve">r. </w:t>
      </w:r>
      <w:proofErr w:type="spellStart"/>
      <w:r w:rsidR="00DB5DAB" w:rsidRPr="00A22B77">
        <w:rPr>
          <w:b/>
          <w:lang w:val="sl-SI"/>
        </w:rPr>
        <w:t>Eirini</w:t>
      </w:r>
      <w:proofErr w:type="spellEnd"/>
      <w:r w:rsidR="00DB5DAB" w:rsidRPr="00A22B77">
        <w:rPr>
          <w:b/>
          <w:lang w:val="sl-SI"/>
        </w:rPr>
        <w:t xml:space="preserve"> </w:t>
      </w:r>
      <w:proofErr w:type="spellStart"/>
      <w:r w:rsidR="00DB5DAB" w:rsidRPr="00A22B77">
        <w:rPr>
          <w:b/>
          <w:lang w:val="sl-SI"/>
        </w:rPr>
        <w:t>Andreasidou</w:t>
      </w:r>
      <w:proofErr w:type="spellEnd"/>
    </w:p>
    <w:p w14:paraId="007331E3" w14:textId="5E3771C2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Mednarodna podiplomska šola Jožefa Stefana</w:t>
      </w:r>
      <w:r w:rsidR="000E0656">
        <w:rPr>
          <w:lang w:val="sl-SI"/>
        </w:rPr>
        <w:t>, Ljubljana</w:t>
      </w:r>
    </w:p>
    <w:p w14:paraId="60061E4C" w14:textId="10A057B3" w:rsidR="00E36D61" w:rsidRDefault="00DB5DAB">
      <w:pPr>
        <w:rPr>
          <w:lang w:val="sl-SI"/>
        </w:rPr>
      </w:pPr>
      <w:r w:rsidRPr="00A22B77">
        <w:rPr>
          <w:lang w:val="sl-SI"/>
        </w:rPr>
        <w:lastRenderedPageBreak/>
        <w:t xml:space="preserve">Mentorici: prof. dr. Ester </w:t>
      </w:r>
      <w:proofErr w:type="spellStart"/>
      <w:r w:rsidRPr="00A22B77">
        <w:rPr>
          <w:lang w:val="sl-SI"/>
        </w:rPr>
        <w:t>Heath</w:t>
      </w:r>
      <w:proofErr w:type="spellEnd"/>
      <w:r w:rsidRPr="00A22B77">
        <w:rPr>
          <w:lang w:val="sl-SI"/>
        </w:rPr>
        <w:t>, dr. Ana Kovačič</w:t>
      </w:r>
    </w:p>
    <w:p w14:paraId="2CBBAC55" w14:textId="77777777" w:rsidR="00341712" w:rsidRPr="00A22B77" w:rsidRDefault="00341712">
      <w:pPr>
        <w:rPr>
          <w:lang w:val="sl-SI"/>
        </w:rPr>
      </w:pPr>
    </w:p>
    <w:p w14:paraId="1BDCD9A3" w14:textId="0B43669B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Elvira Boršić Mlinarič</w:t>
      </w:r>
    </w:p>
    <w:p w14:paraId="73527691" w14:textId="48A2ECB1" w:rsidR="00F92B84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  <w:r w:rsidR="00C42A70">
        <w:rPr>
          <w:lang w:val="sl-SI"/>
        </w:rPr>
        <w:t xml:space="preserve">, </w:t>
      </w:r>
      <w:r w:rsidR="00F92B84">
        <w:rPr>
          <w:lang w:val="sl-SI"/>
        </w:rPr>
        <w:t>Kemijski inštitut</w:t>
      </w:r>
      <w:r w:rsidR="00C42A70">
        <w:rPr>
          <w:lang w:val="sl-SI"/>
        </w:rPr>
        <w:t>, Ljubljana</w:t>
      </w:r>
    </w:p>
    <w:p w14:paraId="28809F1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doc. dr. Iva Hafner Bratkovič</w:t>
      </w:r>
    </w:p>
    <w:p w14:paraId="44EAFD9C" w14:textId="77777777" w:rsidR="00E36D61" w:rsidRPr="00A22B77" w:rsidRDefault="00E36D61">
      <w:pPr>
        <w:rPr>
          <w:lang w:val="sl-SI"/>
        </w:rPr>
      </w:pPr>
    </w:p>
    <w:p w14:paraId="2D840BFF" w14:textId="0B20AE30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 xml:space="preserve">Dr. Svit Ferjančič </w:t>
      </w:r>
      <w:proofErr w:type="spellStart"/>
      <w:r w:rsidRPr="00A22B77">
        <w:rPr>
          <w:b/>
          <w:lang w:val="sl-SI"/>
        </w:rPr>
        <w:t>Benetik</w:t>
      </w:r>
      <w:proofErr w:type="spellEnd"/>
    </w:p>
    <w:p w14:paraId="490BC81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4FC6712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Aleš Obreza, doc. dr. Urban Košak</w:t>
      </w:r>
    </w:p>
    <w:p w14:paraId="4B94D5A5" w14:textId="77777777" w:rsidR="00E36D61" w:rsidRPr="00A22B77" w:rsidRDefault="00E36D61">
      <w:pPr>
        <w:rPr>
          <w:lang w:val="sl-SI"/>
        </w:rPr>
      </w:pPr>
    </w:p>
    <w:p w14:paraId="11B1B55E" w14:textId="7FC7166A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>r. Marija Gjorgoska</w:t>
      </w:r>
    </w:p>
    <w:p w14:paraId="579EBBD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2D1DB99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prof. dr. Tea Lanišnik Rižner</w:t>
      </w:r>
    </w:p>
    <w:p w14:paraId="3DEEC669" w14:textId="77777777" w:rsidR="00E36D61" w:rsidRPr="00A22B77" w:rsidRDefault="00E36D61">
      <w:pPr>
        <w:rPr>
          <w:lang w:val="sl-SI"/>
        </w:rPr>
      </w:pPr>
    </w:p>
    <w:p w14:paraId="371A8477" w14:textId="13B3DC71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>r. Nina Katarina Grilc</w:t>
      </w:r>
    </w:p>
    <w:p w14:paraId="413C4DB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39E6C98F" w14:textId="4A9BD966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Mentorici: izr. prof. dr. Špela Zupančič, </w:t>
      </w:r>
      <w:r w:rsidR="009D5522">
        <w:rPr>
          <w:lang w:val="sl-SI"/>
        </w:rPr>
        <w:t xml:space="preserve">zasl. </w:t>
      </w:r>
      <w:r w:rsidRPr="00A22B77">
        <w:rPr>
          <w:lang w:val="sl-SI"/>
        </w:rPr>
        <w:t>prof. dr. Julijana Kristl</w:t>
      </w:r>
    </w:p>
    <w:p w14:paraId="3656B9AB" w14:textId="77777777" w:rsidR="00E36D61" w:rsidRPr="00A22B77" w:rsidRDefault="00E36D61">
      <w:pPr>
        <w:rPr>
          <w:lang w:val="sl-SI"/>
        </w:rPr>
      </w:pPr>
    </w:p>
    <w:p w14:paraId="15BB8C6B" w14:textId="49522B40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Selena Horvat</w:t>
      </w:r>
    </w:p>
    <w:p w14:paraId="42501D8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3A66531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izr. prof. dr. Anja Pišlar</w:t>
      </w:r>
    </w:p>
    <w:p w14:paraId="583DD56A" w14:textId="77777777" w:rsidR="00306E8A" w:rsidRPr="00A22B77" w:rsidRDefault="00306E8A">
      <w:pPr>
        <w:rPr>
          <w:lang w:val="sl-SI"/>
        </w:rPr>
      </w:pPr>
    </w:p>
    <w:p w14:paraId="4EAAAADE" w14:textId="70521721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Sebastjan Kralj</w:t>
      </w:r>
    </w:p>
    <w:p w14:paraId="45A8B56E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Mariboru</w:t>
      </w:r>
    </w:p>
    <w:p w14:paraId="512F2C5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izr. prof. dr. Marko Jukič, prof. dr. Urban Bren</w:t>
      </w:r>
    </w:p>
    <w:p w14:paraId="049F31CB" w14:textId="77777777" w:rsidR="00E36D61" w:rsidRPr="00A22B77" w:rsidRDefault="00E36D61">
      <w:pPr>
        <w:rPr>
          <w:lang w:val="sl-SI"/>
        </w:rPr>
      </w:pPr>
    </w:p>
    <w:p w14:paraId="074C1985" w14:textId="184E47E0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lastRenderedPageBreak/>
        <w:t xml:space="preserve">Dr. Maria </w:t>
      </w:r>
      <w:proofErr w:type="spellStart"/>
      <w:r w:rsidRPr="00A22B77">
        <w:rPr>
          <w:b/>
          <w:lang w:val="sl-SI"/>
        </w:rPr>
        <w:t>Laimou-Geraniou</w:t>
      </w:r>
      <w:proofErr w:type="spellEnd"/>
    </w:p>
    <w:p w14:paraId="4C22B065" w14:textId="2DE5BEFF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Mednarodna podiplomska šola Jožefa Stefana</w:t>
      </w:r>
      <w:r w:rsidR="000E0656">
        <w:rPr>
          <w:lang w:val="sl-SI"/>
        </w:rPr>
        <w:t>, Ljubljana</w:t>
      </w:r>
    </w:p>
    <w:p w14:paraId="33F21FE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Mentorica: prof. dr. Ester </w:t>
      </w:r>
      <w:proofErr w:type="spellStart"/>
      <w:r w:rsidRPr="00A22B77">
        <w:rPr>
          <w:lang w:val="sl-SI"/>
        </w:rPr>
        <w:t>Heath</w:t>
      </w:r>
      <w:proofErr w:type="spellEnd"/>
    </w:p>
    <w:p w14:paraId="53128261" w14:textId="77777777" w:rsidR="00E36D61" w:rsidRPr="00A22B77" w:rsidRDefault="00E36D61">
      <w:pPr>
        <w:rPr>
          <w:lang w:val="sl-SI"/>
        </w:rPr>
      </w:pPr>
    </w:p>
    <w:p w14:paraId="698F9B31" w14:textId="0E280BA8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Martin Ljubič</w:t>
      </w:r>
    </w:p>
    <w:p w14:paraId="09B10C84" w14:textId="2D5F23B6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  <w:r w:rsidR="00C42A70">
        <w:rPr>
          <w:lang w:val="sl-SI"/>
        </w:rPr>
        <w:t xml:space="preserve">, </w:t>
      </w:r>
      <w:r w:rsidR="009D5522">
        <w:rPr>
          <w:lang w:val="sl-SI"/>
        </w:rPr>
        <w:t>Kemijski inštitut</w:t>
      </w:r>
      <w:r w:rsidR="00C42A70">
        <w:rPr>
          <w:lang w:val="sl-SI"/>
        </w:rPr>
        <w:t>, Ljubljana</w:t>
      </w:r>
    </w:p>
    <w:p w14:paraId="054F2D2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Mentorji: dr. Jure Borišek, izr. prof. dr. Andrej Perdih, prof. dr. Marija </w:t>
      </w:r>
      <w:proofErr w:type="spellStart"/>
      <w:r w:rsidRPr="00A22B77">
        <w:rPr>
          <w:lang w:val="sl-SI"/>
        </w:rPr>
        <w:t>Sollner</w:t>
      </w:r>
      <w:proofErr w:type="spellEnd"/>
      <w:r w:rsidRPr="00A22B77">
        <w:rPr>
          <w:lang w:val="sl-SI"/>
        </w:rPr>
        <w:t xml:space="preserve"> Dolenc</w:t>
      </w:r>
    </w:p>
    <w:p w14:paraId="62486C05" w14:textId="77777777" w:rsidR="00E36D61" w:rsidRPr="00A22B77" w:rsidRDefault="00E36D61">
      <w:pPr>
        <w:rPr>
          <w:lang w:val="sl-SI"/>
        </w:rPr>
      </w:pPr>
    </w:p>
    <w:p w14:paraId="42710C1A" w14:textId="3153F71C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Nika Marolt</w:t>
      </w:r>
    </w:p>
    <w:p w14:paraId="5E130AF7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00834F76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prof. dr. Tea Lanišnik Rižner</w:t>
      </w:r>
    </w:p>
    <w:p w14:paraId="4101652C" w14:textId="77777777" w:rsidR="00E36D61" w:rsidRPr="00A22B77" w:rsidRDefault="00E36D61">
      <w:pPr>
        <w:rPr>
          <w:lang w:val="sl-SI"/>
        </w:rPr>
      </w:pPr>
    </w:p>
    <w:p w14:paraId="7D5E2D4B" w14:textId="48725BE9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Tadej Ojsteršek</w:t>
      </w:r>
    </w:p>
    <w:p w14:paraId="66E52093" w14:textId="7E266C41" w:rsidR="00E36D61" w:rsidRPr="00306E8A" w:rsidRDefault="00DB5DAB">
      <w:r w:rsidRPr="00A22B77">
        <w:rPr>
          <w:lang w:val="sl-SI"/>
        </w:rPr>
        <w:t>Fakulteta za farmacijo, Univerza v Ljubljani</w:t>
      </w:r>
      <w:r w:rsidR="00C42A70">
        <w:rPr>
          <w:lang w:val="sl-SI"/>
        </w:rPr>
        <w:t xml:space="preserve">, </w:t>
      </w:r>
      <w:r w:rsidR="009D5522" w:rsidRPr="00B25A73">
        <w:t>K</w:t>
      </w:r>
      <w:r w:rsidR="00C42A70">
        <w:t>rka</w:t>
      </w:r>
      <w:r w:rsidR="009D5522" w:rsidRPr="00B25A73">
        <w:t>, d. d., Novo mesto</w:t>
      </w:r>
    </w:p>
    <w:p w14:paraId="4725EBD1" w14:textId="0E5CDC6C" w:rsidR="006061B4" w:rsidRDefault="00DB5DAB">
      <w:pPr>
        <w:rPr>
          <w:lang w:val="sl-SI"/>
        </w:rPr>
      </w:pPr>
      <w:r w:rsidRPr="00A22B77">
        <w:rPr>
          <w:lang w:val="sl-SI"/>
        </w:rPr>
        <w:t>Mentorja: prof. dr. Franc Vrečer, doc. dr. Grega Hudovornik</w:t>
      </w:r>
    </w:p>
    <w:p w14:paraId="3684396E" w14:textId="77777777" w:rsidR="0056626D" w:rsidRPr="00A22B77" w:rsidRDefault="0056626D">
      <w:pPr>
        <w:rPr>
          <w:lang w:val="sl-SI"/>
        </w:rPr>
      </w:pPr>
    </w:p>
    <w:p w14:paraId="618EDF9C" w14:textId="7DE37EF1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Urh Pucihar</w:t>
      </w:r>
    </w:p>
    <w:p w14:paraId="4F6AA640" w14:textId="35E9B5B0" w:rsidR="00E36D61" w:rsidRPr="003119C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</w:t>
      </w:r>
      <w:r w:rsidR="0035226D">
        <w:rPr>
          <w:lang w:val="sl-SI"/>
        </w:rPr>
        <w:t>i</w:t>
      </w:r>
      <w:r w:rsidR="00C42A70">
        <w:rPr>
          <w:lang w:val="sl-SI"/>
        </w:rPr>
        <w:t>, Krka</w:t>
      </w:r>
      <w:r w:rsidR="009D5522" w:rsidRPr="00B25A73">
        <w:t>, d. d., Novo mesto</w:t>
      </w:r>
    </w:p>
    <w:p w14:paraId="207DEE8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doc. dr. Tilen Kopač</w:t>
      </w:r>
    </w:p>
    <w:p w14:paraId="4DDBEF00" w14:textId="77777777" w:rsidR="00E36D61" w:rsidRPr="00A22B77" w:rsidRDefault="00E36D61">
      <w:pPr>
        <w:rPr>
          <w:lang w:val="sl-SI"/>
        </w:rPr>
      </w:pPr>
    </w:p>
    <w:p w14:paraId="59439921" w14:textId="12E50105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Edvin Purić</w:t>
      </w:r>
    </w:p>
    <w:p w14:paraId="3229B13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3761CA7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Marko Anderluh</w:t>
      </w:r>
    </w:p>
    <w:p w14:paraId="093BB7A7" w14:textId="77777777" w:rsidR="0056626D" w:rsidRDefault="0056626D">
      <w:pPr>
        <w:rPr>
          <w:b/>
          <w:lang w:val="sl-SI"/>
        </w:rPr>
      </w:pPr>
    </w:p>
    <w:p w14:paraId="5F2444EF" w14:textId="5C10BD51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 xml:space="preserve">Dr. Ana </w:t>
      </w:r>
      <w:proofErr w:type="spellStart"/>
      <w:r w:rsidRPr="00A22B77">
        <w:rPr>
          <w:b/>
          <w:lang w:val="sl-SI"/>
        </w:rPr>
        <w:t>Siljanovska</w:t>
      </w:r>
      <w:proofErr w:type="spellEnd"/>
      <w:r w:rsidRPr="00A22B77">
        <w:rPr>
          <w:b/>
          <w:lang w:val="sl-SI"/>
        </w:rPr>
        <w:t xml:space="preserve"> Virant</w:t>
      </w:r>
    </w:p>
    <w:p w14:paraId="1C6E0CA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0C06A984" w14:textId="77777777" w:rsidR="00E36D61" w:rsidRDefault="00DB5DAB">
      <w:pPr>
        <w:rPr>
          <w:lang w:val="sl-SI"/>
        </w:rPr>
      </w:pPr>
      <w:r w:rsidRPr="00A22B77">
        <w:rPr>
          <w:lang w:val="sl-SI"/>
        </w:rPr>
        <w:lastRenderedPageBreak/>
        <w:t>Mentor: izr. prof. dr. Janez Cerkovnik</w:t>
      </w:r>
    </w:p>
    <w:p w14:paraId="623390E6" w14:textId="77777777" w:rsidR="00C42A70" w:rsidRDefault="00C42A70" w:rsidP="00C42A70">
      <w:pPr>
        <w:rPr>
          <w:b/>
          <w:lang w:val="sl-SI"/>
        </w:rPr>
      </w:pPr>
    </w:p>
    <w:p w14:paraId="44688B2A" w14:textId="43BA6EA5" w:rsidR="00C42A70" w:rsidRPr="00A22B77" w:rsidRDefault="00C42A70" w:rsidP="00C42A70">
      <w:pPr>
        <w:rPr>
          <w:lang w:val="sl-SI"/>
        </w:rPr>
      </w:pPr>
      <w:r w:rsidRPr="00A22B77">
        <w:rPr>
          <w:b/>
          <w:lang w:val="sl-SI"/>
        </w:rPr>
        <w:t>Dr. Žan Testen</w:t>
      </w:r>
    </w:p>
    <w:p w14:paraId="79AF95B5" w14:textId="77777777" w:rsidR="00C42A70" w:rsidRPr="00A22B77" w:rsidRDefault="00C42A70" w:rsidP="00C42A70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600F3D95" w14:textId="77777777" w:rsidR="00C42A70" w:rsidRPr="00A22B77" w:rsidRDefault="00C42A70" w:rsidP="00C42A70">
      <w:pPr>
        <w:rPr>
          <w:lang w:val="sl-SI"/>
        </w:rPr>
      </w:pPr>
      <w:r w:rsidRPr="00A22B77">
        <w:rPr>
          <w:lang w:val="sl-SI"/>
        </w:rPr>
        <w:t>Mentor: prof. dr. Marjan Jereb</w:t>
      </w:r>
    </w:p>
    <w:p w14:paraId="516380B6" w14:textId="77777777" w:rsidR="00FB5F31" w:rsidRPr="00A22B77" w:rsidRDefault="00FB5F31">
      <w:pPr>
        <w:rPr>
          <w:lang w:val="sl-SI"/>
        </w:rPr>
      </w:pPr>
    </w:p>
    <w:p w14:paraId="56D04300" w14:textId="05FD9EFA" w:rsidR="00E36D61" w:rsidRPr="00A22B77" w:rsidRDefault="001C0DD8">
      <w:pPr>
        <w:rPr>
          <w:lang w:val="sl-SI"/>
        </w:rPr>
      </w:pPr>
      <w:r w:rsidRPr="00A22B77">
        <w:rPr>
          <w:b/>
          <w:lang w:val="sl-SI"/>
        </w:rPr>
        <w:t>Dr. Veronika Weiss</w:t>
      </w:r>
    </w:p>
    <w:p w14:paraId="5847A39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466E60D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Žiga Jakopin, izr. prof. dr. Martina Gobec</w:t>
      </w:r>
    </w:p>
    <w:p w14:paraId="34CE0A41" w14:textId="77777777" w:rsidR="00E36D61" w:rsidRPr="00A22B77" w:rsidRDefault="00E36D61">
      <w:pPr>
        <w:rPr>
          <w:lang w:val="sl-SI"/>
        </w:rPr>
      </w:pPr>
    </w:p>
    <w:p w14:paraId="6A5CEF16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Manca Bajuk</w:t>
      </w:r>
    </w:p>
    <w:p w14:paraId="077512A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5782C1B8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izr. prof. dr. Nataša Gros</w:t>
      </w:r>
    </w:p>
    <w:p w14:paraId="62EBF3C5" w14:textId="77777777" w:rsidR="00E36D61" w:rsidRPr="00A22B77" w:rsidRDefault="00E36D61">
      <w:pPr>
        <w:rPr>
          <w:lang w:val="sl-SI"/>
        </w:rPr>
      </w:pPr>
    </w:p>
    <w:p w14:paraId="3EB3AFD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Miha Berk Bevc</w:t>
      </w:r>
    </w:p>
    <w:p w14:paraId="7F6D9C4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Mariboru</w:t>
      </w:r>
    </w:p>
    <w:p w14:paraId="08FA5157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Mentorji: izr. prof. dr. Sebastjan Kovačič, izr. prof. dr. Darja Pečar, Aleksander Saša Markovič</w:t>
      </w:r>
    </w:p>
    <w:p w14:paraId="6D98A12B" w14:textId="77777777" w:rsidR="00E36D61" w:rsidRPr="00A22B77" w:rsidRDefault="00E36D61">
      <w:pPr>
        <w:rPr>
          <w:lang w:val="sl-SI"/>
        </w:rPr>
      </w:pPr>
    </w:p>
    <w:p w14:paraId="6E1031E5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Pia Bertoncelj</w:t>
      </w:r>
    </w:p>
    <w:p w14:paraId="19EBC1CA" w14:textId="792F3983" w:rsidR="00E36D61" w:rsidRPr="00E668CE" w:rsidRDefault="00DB5DAB">
      <w:r w:rsidRPr="00A22B77">
        <w:rPr>
          <w:lang w:val="sl-SI"/>
        </w:rPr>
        <w:t>Biotehniška fakulteta, Univerza v Ljubljani</w:t>
      </w:r>
      <w:r w:rsidR="003119C7">
        <w:rPr>
          <w:lang w:val="sl-SI"/>
        </w:rPr>
        <w:t xml:space="preserve">, </w:t>
      </w:r>
      <w:proofErr w:type="spellStart"/>
      <w:r w:rsidR="009D5522" w:rsidRPr="000E303C">
        <w:t>Nacionalni</w:t>
      </w:r>
      <w:proofErr w:type="spellEnd"/>
      <w:r w:rsidR="009D5522" w:rsidRPr="000E303C">
        <w:t xml:space="preserve"> </w:t>
      </w:r>
      <w:proofErr w:type="spellStart"/>
      <w:r w:rsidR="009D5522" w:rsidRPr="000E303C">
        <w:t>inštitut</w:t>
      </w:r>
      <w:proofErr w:type="spellEnd"/>
      <w:r w:rsidR="009D5522" w:rsidRPr="000E303C">
        <w:t xml:space="preserve"> za </w:t>
      </w:r>
      <w:proofErr w:type="spellStart"/>
      <w:r w:rsidR="009D5522" w:rsidRPr="000E303C">
        <w:t>biologijo</w:t>
      </w:r>
      <w:proofErr w:type="spellEnd"/>
      <w:r w:rsidR="0041557C">
        <w:t>, Ljubljana</w:t>
      </w:r>
    </w:p>
    <w:p w14:paraId="5C41D99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doc. dr. Anže Smole, dr. Katja Leben Zupet</w:t>
      </w:r>
    </w:p>
    <w:p w14:paraId="2946DB82" w14:textId="77777777" w:rsidR="00E36D61" w:rsidRPr="00A22B77" w:rsidRDefault="00E36D61">
      <w:pPr>
        <w:rPr>
          <w:lang w:val="sl-SI"/>
        </w:rPr>
      </w:pPr>
    </w:p>
    <w:p w14:paraId="1CE9CD5B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Jernej Birk</w:t>
      </w:r>
    </w:p>
    <w:p w14:paraId="7770E8F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7D91492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Janez Košmrlj</w:t>
      </w:r>
    </w:p>
    <w:p w14:paraId="5997CC1D" w14:textId="77777777" w:rsidR="00E36D61" w:rsidRPr="00A22B77" w:rsidRDefault="00E36D61">
      <w:pPr>
        <w:rPr>
          <w:lang w:val="sl-SI"/>
        </w:rPr>
      </w:pPr>
    </w:p>
    <w:p w14:paraId="4F2D261C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lastRenderedPageBreak/>
        <w:t xml:space="preserve">Jan </w:t>
      </w:r>
      <w:proofErr w:type="spellStart"/>
      <w:r w:rsidRPr="00A22B77">
        <w:rPr>
          <w:b/>
          <w:lang w:val="sl-SI"/>
        </w:rPr>
        <w:t>Čagalj</w:t>
      </w:r>
      <w:proofErr w:type="spellEnd"/>
    </w:p>
    <w:p w14:paraId="0E0B57D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elektrotehniko, Univerza v Ljubljani</w:t>
      </w:r>
    </w:p>
    <w:p w14:paraId="4483536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izr. prof. dr. Lea Rems</w:t>
      </w:r>
    </w:p>
    <w:p w14:paraId="5F26A1C5" w14:textId="77777777" w:rsidR="005F6747" w:rsidRPr="00A22B77" w:rsidRDefault="005F6747">
      <w:pPr>
        <w:rPr>
          <w:lang w:val="sl-SI"/>
        </w:rPr>
      </w:pPr>
    </w:p>
    <w:p w14:paraId="55C1E540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Anja Drnovšek</w:t>
      </w:r>
    </w:p>
    <w:p w14:paraId="26E8FBD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76B55556" w14:textId="77BB69A5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</w:t>
      </w:r>
      <w:r w:rsidR="009C53A0">
        <w:rPr>
          <w:lang w:val="sl-SI"/>
        </w:rPr>
        <w:t>ici</w:t>
      </w:r>
      <w:r w:rsidRPr="00A22B77">
        <w:rPr>
          <w:lang w:val="sl-SI"/>
        </w:rPr>
        <w:t>:</w:t>
      </w:r>
      <w:r w:rsidR="009D5522">
        <w:rPr>
          <w:lang w:val="sl-SI"/>
        </w:rPr>
        <w:t xml:space="preserve"> izr</w:t>
      </w:r>
      <w:r w:rsidR="004327E0">
        <w:rPr>
          <w:lang w:val="sl-SI"/>
        </w:rPr>
        <w:t>.</w:t>
      </w:r>
      <w:r w:rsidR="009D5522">
        <w:rPr>
          <w:lang w:val="sl-SI"/>
        </w:rPr>
        <w:t xml:space="preserve"> prof.</w:t>
      </w:r>
      <w:r w:rsidRPr="00A22B77">
        <w:rPr>
          <w:lang w:val="sl-SI"/>
        </w:rPr>
        <w:t xml:space="preserve"> dr. Mirjam </w:t>
      </w:r>
      <w:proofErr w:type="spellStart"/>
      <w:r w:rsidRPr="00A22B77">
        <w:rPr>
          <w:lang w:val="sl-SI"/>
        </w:rPr>
        <w:t>Gosenca</w:t>
      </w:r>
      <w:proofErr w:type="spellEnd"/>
      <w:r w:rsidRPr="00A22B77">
        <w:rPr>
          <w:lang w:val="sl-SI"/>
        </w:rPr>
        <w:t xml:space="preserve"> Matjaž, Monika </w:t>
      </w:r>
      <w:r w:rsidR="007C0324" w:rsidRPr="00341712">
        <w:rPr>
          <w:lang w:val="sl-SI"/>
        </w:rPr>
        <w:t>Prašnikar</w:t>
      </w:r>
    </w:p>
    <w:p w14:paraId="6B699379" w14:textId="77777777" w:rsidR="00E36D61" w:rsidRPr="00A22B77" w:rsidRDefault="00E36D61">
      <w:pPr>
        <w:rPr>
          <w:lang w:val="sl-SI"/>
        </w:rPr>
      </w:pPr>
    </w:p>
    <w:p w14:paraId="0C35BBE8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Kaja Eržen</w:t>
      </w:r>
    </w:p>
    <w:p w14:paraId="15F86718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681C140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Robert Roškar, doc. dr. Žane Temova Rakuša</w:t>
      </w:r>
    </w:p>
    <w:p w14:paraId="3FE9F23F" w14:textId="77777777" w:rsidR="00E36D61" w:rsidRPr="00A22B77" w:rsidRDefault="00E36D61">
      <w:pPr>
        <w:rPr>
          <w:lang w:val="sl-SI"/>
        </w:rPr>
      </w:pPr>
    </w:p>
    <w:p w14:paraId="5A00137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 xml:space="preserve">Dominik </w:t>
      </w:r>
      <w:proofErr w:type="spellStart"/>
      <w:r w:rsidRPr="00A22B77">
        <w:rPr>
          <w:b/>
          <w:lang w:val="sl-SI"/>
        </w:rPr>
        <w:t>Fendre</w:t>
      </w:r>
      <w:proofErr w:type="spellEnd"/>
    </w:p>
    <w:p w14:paraId="4C97251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0E88C27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doc. dr. Krištof Kranjc</w:t>
      </w:r>
    </w:p>
    <w:p w14:paraId="1F72F646" w14:textId="77777777" w:rsidR="00E36D61" w:rsidRPr="00A22B77" w:rsidRDefault="00E36D61">
      <w:pPr>
        <w:rPr>
          <w:lang w:val="sl-SI"/>
        </w:rPr>
      </w:pPr>
    </w:p>
    <w:p w14:paraId="73A55E94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Monika Gregorič Tasić</w:t>
      </w:r>
    </w:p>
    <w:p w14:paraId="30E991E4" w14:textId="23BE5BE4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  <w:r w:rsidR="00C42A70">
        <w:rPr>
          <w:lang w:val="sl-SI"/>
        </w:rPr>
        <w:t xml:space="preserve">, </w:t>
      </w:r>
      <w:proofErr w:type="spellStart"/>
      <w:r w:rsidR="009D5522" w:rsidRPr="00523DF3">
        <w:t>Kemijski</w:t>
      </w:r>
      <w:proofErr w:type="spellEnd"/>
      <w:r w:rsidR="009D5522" w:rsidRPr="00523DF3">
        <w:t xml:space="preserve"> </w:t>
      </w:r>
      <w:proofErr w:type="spellStart"/>
      <w:r w:rsidR="009D5522" w:rsidRPr="00523DF3">
        <w:t>inštitut</w:t>
      </w:r>
      <w:proofErr w:type="spellEnd"/>
      <w:r w:rsidR="003119C7">
        <w:t>, Ljubljana</w:t>
      </w:r>
    </w:p>
    <w:p w14:paraId="3D6BBFC6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doc. dr. Iva Hafner Bratkovič</w:t>
      </w:r>
    </w:p>
    <w:p w14:paraId="08CE6F91" w14:textId="77777777" w:rsidR="00E36D61" w:rsidRPr="00A22B77" w:rsidRDefault="00E36D61">
      <w:pPr>
        <w:rPr>
          <w:lang w:val="sl-SI"/>
        </w:rPr>
      </w:pPr>
    </w:p>
    <w:p w14:paraId="19FCBB62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Lena Grošelj</w:t>
      </w:r>
    </w:p>
    <w:p w14:paraId="5D328A2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3E22E1B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Jurij Svete</w:t>
      </w:r>
    </w:p>
    <w:p w14:paraId="61CDCEAD" w14:textId="77777777" w:rsidR="00E36D61" w:rsidRPr="00A22B77" w:rsidRDefault="00E36D61">
      <w:pPr>
        <w:rPr>
          <w:lang w:val="sl-SI"/>
        </w:rPr>
      </w:pPr>
    </w:p>
    <w:p w14:paraId="0A1FC19B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Patrik Hlebanja</w:t>
      </w:r>
    </w:p>
    <w:p w14:paraId="3AC95C2A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5E1D2EE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lastRenderedPageBreak/>
        <w:t xml:space="preserve">Mentorica: prof. dr. Polona Žnidaršič </w:t>
      </w:r>
      <w:proofErr w:type="spellStart"/>
      <w:r w:rsidRPr="00A22B77">
        <w:rPr>
          <w:lang w:val="sl-SI"/>
        </w:rPr>
        <w:t>Plazl</w:t>
      </w:r>
      <w:proofErr w:type="spellEnd"/>
    </w:p>
    <w:p w14:paraId="60875C65" w14:textId="77777777" w:rsidR="0056626D" w:rsidRDefault="0056626D" w:rsidP="0056626D">
      <w:pPr>
        <w:rPr>
          <w:b/>
          <w:lang w:val="sl-SI"/>
        </w:rPr>
      </w:pPr>
    </w:p>
    <w:p w14:paraId="28C8C606" w14:textId="339B1BD4" w:rsidR="0056626D" w:rsidRPr="00A22B77" w:rsidRDefault="0056626D" w:rsidP="0056626D">
      <w:pPr>
        <w:rPr>
          <w:lang w:val="sl-SI"/>
        </w:rPr>
      </w:pPr>
      <w:r>
        <w:rPr>
          <w:b/>
          <w:lang w:val="sl-SI"/>
        </w:rPr>
        <w:t>Jan Hrovat,</w:t>
      </w:r>
      <w:r w:rsidRPr="00A22B77">
        <w:rPr>
          <w:b/>
          <w:lang w:val="sl-SI"/>
        </w:rPr>
        <w:t xml:space="preserve"> </w:t>
      </w:r>
      <w:r>
        <w:rPr>
          <w:b/>
          <w:lang w:val="sl-SI"/>
        </w:rPr>
        <w:t xml:space="preserve">Vid </w:t>
      </w:r>
      <w:proofErr w:type="spellStart"/>
      <w:r>
        <w:rPr>
          <w:b/>
          <w:lang w:val="sl-SI"/>
        </w:rPr>
        <w:t>Ibic</w:t>
      </w:r>
      <w:proofErr w:type="spellEnd"/>
      <w:r>
        <w:rPr>
          <w:b/>
          <w:lang w:val="sl-SI"/>
        </w:rPr>
        <w:t>,</w:t>
      </w:r>
      <w:r w:rsidRPr="00A22B77">
        <w:rPr>
          <w:b/>
          <w:lang w:val="sl-SI"/>
        </w:rPr>
        <w:t xml:space="preserve"> Samo Jaklin</w:t>
      </w:r>
      <w:r>
        <w:rPr>
          <w:b/>
          <w:lang w:val="sl-SI"/>
        </w:rPr>
        <w:t xml:space="preserve"> </w:t>
      </w:r>
    </w:p>
    <w:p w14:paraId="3961A4E1" w14:textId="77777777" w:rsidR="0056626D" w:rsidRPr="00A22B77" w:rsidRDefault="0056626D" w:rsidP="0056626D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71FF1743" w14:textId="77777777" w:rsidR="0056626D" w:rsidRPr="00A22B77" w:rsidRDefault="0056626D" w:rsidP="0056626D">
      <w:pPr>
        <w:rPr>
          <w:lang w:val="sl-SI"/>
        </w:rPr>
      </w:pPr>
      <w:r w:rsidRPr="00A22B77">
        <w:rPr>
          <w:lang w:val="sl-SI"/>
        </w:rPr>
        <w:t>Mentorja: doc. dr. Damijana Mojca Jurič, izr. prof. dr. Miran Brvar</w:t>
      </w:r>
    </w:p>
    <w:p w14:paraId="2C3DA984" w14:textId="77777777" w:rsidR="00C42A70" w:rsidRDefault="00C42A70" w:rsidP="00C42A70">
      <w:pPr>
        <w:rPr>
          <w:b/>
          <w:lang w:val="sl-SI"/>
        </w:rPr>
      </w:pPr>
    </w:p>
    <w:p w14:paraId="6D2595CE" w14:textId="08367546" w:rsidR="00C42A70" w:rsidRPr="00A22B77" w:rsidRDefault="00C42A70" w:rsidP="00C42A70">
      <w:pPr>
        <w:rPr>
          <w:lang w:val="sl-SI"/>
        </w:rPr>
      </w:pPr>
      <w:r w:rsidRPr="00A22B77">
        <w:rPr>
          <w:b/>
          <w:lang w:val="sl-SI"/>
        </w:rPr>
        <w:t>Tadej Humar</w:t>
      </w:r>
    </w:p>
    <w:p w14:paraId="55F0F433" w14:textId="77777777" w:rsidR="00C42A70" w:rsidRPr="00A22B77" w:rsidRDefault="00C42A70" w:rsidP="00C42A70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20AC06D7" w14:textId="17D525D1" w:rsidR="005F6747" w:rsidRPr="00A22B77" w:rsidRDefault="00C42A70" w:rsidP="00C42A70">
      <w:pPr>
        <w:rPr>
          <w:lang w:val="sl-SI"/>
        </w:rPr>
      </w:pPr>
      <w:r w:rsidRPr="00A22B77">
        <w:rPr>
          <w:lang w:val="sl-SI"/>
        </w:rPr>
        <w:t>Mentor: prof. dr. Jurij Svete</w:t>
      </w:r>
    </w:p>
    <w:p w14:paraId="52E56223" w14:textId="77777777" w:rsidR="00E36D61" w:rsidRPr="00A22B77" w:rsidRDefault="00E36D61">
      <w:pPr>
        <w:rPr>
          <w:lang w:val="sl-SI"/>
        </w:rPr>
      </w:pPr>
    </w:p>
    <w:p w14:paraId="30B600C7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Neža Kastelec</w:t>
      </w:r>
    </w:p>
    <w:p w14:paraId="00507861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3D557F2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Mentorja: prof. dr. Petra Kocbek, Klemen </w:t>
      </w:r>
      <w:proofErr w:type="spellStart"/>
      <w:r w:rsidRPr="00A22B77">
        <w:rPr>
          <w:lang w:val="sl-SI"/>
        </w:rPr>
        <w:t>Kirbus</w:t>
      </w:r>
      <w:proofErr w:type="spellEnd"/>
    </w:p>
    <w:p w14:paraId="07547A01" w14:textId="77777777" w:rsidR="00E36D61" w:rsidRPr="00A22B77" w:rsidRDefault="00E36D61">
      <w:pPr>
        <w:rPr>
          <w:lang w:val="sl-SI"/>
        </w:rPr>
      </w:pPr>
    </w:p>
    <w:p w14:paraId="51EBA812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Iza Klemenčič</w:t>
      </w:r>
    </w:p>
    <w:p w14:paraId="4033ABC1" w14:textId="2832DD06" w:rsidR="00E36D61" w:rsidRPr="00DB3E5F" w:rsidRDefault="00DB5DAB">
      <w:r w:rsidRPr="00A22B77">
        <w:rPr>
          <w:lang w:val="sl-SI"/>
        </w:rPr>
        <w:t>Fakulteta za farmacijo, Univerza v Ljubljani</w:t>
      </w:r>
      <w:r w:rsidR="00C42A70">
        <w:rPr>
          <w:lang w:val="sl-SI"/>
        </w:rPr>
        <w:t xml:space="preserve">, </w:t>
      </w:r>
      <w:proofErr w:type="spellStart"/>
      <w:r w:rsidR="009D5522" w:rsidRPr="00DB3E5F">
        <w:t>U</w:t>
      </w:r>
      <w:r w:rsidR="00E110D2">
        <w:t>niverzitetni</w:t>
      </w:r>
      <w:proofErr w:type="spellEnd"/>
      <w:r w:rsidR="00E110D2">
        <w:t xml:space="preserve"> </w:t>
      </w:r>
      <w:proofErr w:type="spellStart"/>
      <w:r w:rsidR="00E110D2">
        <w:t>klinični</w:t>
      </w:r>
      <w:proofErr w:type="spellEnd"/>
      <w:r w:rsidR="00E110D2">
        <w:t xml:space="preserve"> center</w:t>
      </w:r>
      <w:r w:rsidR="009D5522" w:rsidRPr="00DB3E5F">
        <w:t xml:space="preserve"> Ljubljana</w:t>
      </w:r>
    </w:p>
    <w:p w14:paraId="19942F4A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Joško Osredkar, prof. dr. Bojan Knap</w:t>
      </w:r>
    </w:p>
    <w:p w14:paraId="5043CB0F" w14:textId="77777777" w:rsidR="00E36D61" w:rsidRPr="00A22B77" w:rsidRDefault="00E36D61">
      <w:pPr>
        <w:rPr>
          <w:lang w:val="sl-SI"/>
        </w:rPr>
      </w:pPr>
    </w:p>
    <w:p w14:paraId="09AB214A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Jan Kogovšek</w:t>
      </w:r>
    </w:p>
    <w:p w14:paraId="3EA16EA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4416010A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Marko Novinec</w:t>
      </w:r>
    </w:p>
    <w:p w14:paraId="07459315" w14:textId="77777777" w:rsidR="00E36D61" w:rsidRPr="00A22B77" w:rsidRDefault="00E36D61">
      <w:pPr>
        <w:rPr>
          <w:lang w:val="sl-SI"/>
        </w:rPr>
      </w:pPr>
    </w:p>
    <w:p w14:paraId="1A94792E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 xml:space="preserve">Anja </w:t>
      </w:r>
      <w:proofErr w:type="spellStart"/>
      <w:r w:rsidRPr="00A22B77">
        <w:rPr>
          <w:b/>
          <w:lang w:val="sl-SI"/>
        </w:rPr>
        <w:t>Kores</w:t>
      </w:r>
      <w:proofErr w:type="spellEnd"/>
    </w:p>
    <w:p w14:paraId="67622420" w14:textId="4255EC3F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  <w:r w:rsidR="00C42A70">
        <w:rPr>
          <w:lang w:val="sl-SI"/>
        </w:rPr>
        <w:t xml:space="preserve">, </w:t>
      </w:r>
      <w:r w:rsidR="009D5522">
        <w:rPr>
          <w:lang w:val="sl-SI"/>
        </w:rPr>
        <w:t>Kemijski inštitut, Ljubljana</w:t>
      </w:r>
    </w:p>
    <w:p w14:paraId="7357E318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dr. Taja Železnik Ramuta</w:t>
      </w:r>
    </w:p>
    <w:p w14:paraId="528F60D7" w14:textId="77777777" w:rsidR="005F6747" w:rsidRPr="00A22B77" w:rsidRDefault="005F6747">
      <w:pPr>
        <w:rPr>
          <w:lang w:val="sl-SI"/>
        </w:rPr>
      </w:pPr>
    </w:p>
    <w:p w14:paraId="4D24556A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lastRenderedPageBreak/>
        <w:t>Tilen Kralj</w:t>
      </w:r>
    </w:p>
    <w:p w14:paraId="7C03C4C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1E74076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Mentor: prof. dr. </w:t>
      </w:r>
      <w:proofErr w:type="spellStart"/>
      <w:r w:rsidRPr="00A22B77">
        <w:rPr>
          <w:lang w:val="sl-SI"/>
        </w:rPr>
        <w:t>Odon</w:t>
      </w:r>
      <w:proofErr w:type="spellEnd"/>
      <w:r w:rsidRPr="00A22B77">
        <w:rPr>
          <w:lang w:val="sl-SI"/>
        </w:rPr>
        <w:t xml:space="preserve"> Planinšek</w:t>
      </w:r>
    </w:p>
    <w:p w14:paraId="6DFB9E20" w14:textId="77777777" w:rsidR="00E36D61" w:rsidRPr="00A22B77" w:rsidRDefault="00E36D61">
      <w:pPr>
        <w:rPr>
          <w:lang w:val="sl-SI"/>
        </w:rPr>
      </w:pPr>
    </w:p>
    <w:p w14:paraId="311B3F1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Črt Krebs</w:t>
      </w:r>
    </w:p>
    <w:p w14:paraId="3BC5AC6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70DF9E56" w14:textId="4AA085AB" w:rsidR="00E36D61" w:rsidRDefault="00DB5DAB">
      <w:pPr>
        <w:rPr>
          <w:lang w:val="sl-SI"/>
        </w:rPr>
      </w:pPr>
      <w:r w:rsidRPr="00A22B77">
        <w:rPr>
          <w:lang w:val="sl-SI"/>
        </w:rPr>
        <w:t xml:space="preserve">Mentorja: izr. prof. dr. Lovro Žiberna, Klemen </w:t>
      </w:r>
      <w:proofErr w:type="spellStart"/>
      <w:r w:rsidRPr="00A22B77">
        <w:rPr>
          <w:lang w:val="sl-SI"/>
        </w:rPr>
        <w:t>Kirbus</w:t>
      </w:r>
      <w:proofErr w:type="spellEnd"/>
    </w:p>
    <w:p w14:paraId="3D7A9129" w14:textId="77777777" w:rsidR="00DB5DAB" w:rsidRDefault="00DB5DAB">
      <w:pPr>
        <w:rPr>
          <w:b/>
          <w:lang w:val="sl-SI"/>
        </w:rPr>
      </w:pPr>
    </w:p>
    <w:p w14:paraId="30FEAC33" w14:textId="75550825" w:rsidR="00E36D61" w:rsidRPr="00A22B77" w:rsidRDefault="003378F9">
      <w:pPr>
        <w:rPr>
          <w:lang w:val="sl-SI"/>
        </w:rPr>
      </w:pPr>
      <w:r>
        <w:rPr>
          <w:b/>
          <w:lang w:val="sl-SI"/>
        </w:rPr>
        <w:t>Lina Krulec,</w:t>
      </w:r>
      <w:r w:rsidRPr="00A22B77" w:rsidDel="00DB5DAB">
        <w:rPr>
          <w:b/>
          <w:lang w:val="sl-SI"/>
        </w:rPr>
        <w:t xml:space="preserve"> </w:t>
      </w:r>
      <w:r>
        <w:rPr>
          <w:b/>
          <w:lang w:val="sl-SI"/>
        </w:rPr>
        <w:t>P</w:t>
      </w:r>
      <w:r w:rsidR="00783EC9" w:rsidRPr="00A22B77">
        <w:rPr>
          <w:b/>
          <w:lang w:val="sl-SI"/>
        </w:rPr>
        <w:t xml:space="preserve">etra </w:t>
      </w:r>
      <w:proofErr w:type="spellStart"/>
      <w:r w:rsidR="00783EC9" w:rsidRPr="00A22B77">
        <w:rPr>
          <w:b/>
          <w:lang w:val="sl-SI"/>
        </w:rPr>
        <w:t>Kubelj</w:t>
      </w:r>
      <w:proofErr w:type="spellEnd"/>
    </w:p>
    <w:p w14:paraId="1234A126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Veterinarska fakulteta, Univerza v Ljubljani</w:t>
      </w:r>
    </w:p>
    <w:p w14:paraId="245172D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izr. prof. dr. Tomaž Snoj</w:t>
      </w:r>
    </w:p>
    <w:p w14:paraId="44E871BC" w14:textId="77777777" w:rsidR="00E36D61" w:rsidRPr="00A22B77" w:rsidRDefault="00E36D61">
      <w:pPr>
        <w:rPr>
          <w:lang w:val="sl-SI"/>
        </w:rPr>
      </w:pPr>
    </w:p>
    <w:p w14:paraId="2B07D808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Maša Mihelič</w:t>
      </w:r>
    </w:p>
    <w:p w14:paraId="59E47917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78AD622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Tihomir Tomašič, doc. dr. Jaka Dernovšek</w:t>
      </w:r>
    </w:p>
    <w:p w14:paraId="144A5D23" w14:textId="77777777" w:rsidR="00E36D61" w:rsidRPr="00A22B77" w:rsidRDefault="00E36D61">
      <w:pPr>
        <w:rPr>
          <w:lang w:val="sl-SI"/>
        </w:rPr>
      </w:pPr>
    </w:p>
    <w:p w14:paraId="53F0DB5E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Lara Omahen</w:t>
      </w:r>
    </w:p>
    <w:p w14:paraId="1C15B90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3DD2568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Mentorja: prof. dr. Mateja Erdani Kreft, dr. </w:t>
      </w:r>
      <w:proofErr w:type="spellStart"/>
      <w:r w:rsidRPr="00A22B77">
        <w:rPr>
          <w:lang w:val="sl-SI"/>
        </w:rPr>
        <w:t>Aleksandar</w:t>
      </w:r>
      <w:proofErr w:type="spellEnd"/>
      <w:r w:rsidRPr="00A22B77">
        <w:rPr>
          <w:lang w:val="sl-SI"/>
        </w:rPr>
        <w:t xml:space="preserve"> </w:t>
      </w:r>
      <w:proofErr w:type="spellStart"/>
      <w:r w:rsidRPr="00A22B77">
        <w:rPr>
          <w:lang w:val="sl-SI"/>
        </w:rPr>
        <w:t>Janev</w:t>
      </w:r>
      <w:proofErr w:type="spellEnd"/>
    </w:p>
    <w:p w14:paraId="738610EB" w14:textId="77777777" w:rsidR="00E36D61" w:rsidRPr="00A22B77" w:rsidRDefault="00E36D61">
      <w:pPr>
        <w:rPr>
          <w:lang w:val="sl-SI"/>
        </w:rPr>
      </w:pPr>
    </w:p>
    <w:p w14:paraId="41D58D90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Eva Pinter</w:t>
      </w:r>
    </w:p>
    <w:p w14:paraId="1A2B7C9C" w14:textId="5A267CC9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  <w:r>
        <w:rPr>
          <w:lang w:val="sl-SI"/>
        </w:rPr>
        <w:t xml:space="preserve">, </w:t>
      </w:r>
      <w:r w:rsidR="009D5522">
        <w:rPr>
          <w:lang w:val="sl-SI"/>
        </w:rPr>
        <w:t>Nacionalni inštitut za biologijo</w:t>
      </w:r>
      <w:r w:rsidR="0041557C">
        <w:rPr>
          <w:lang w:val="sl-SI"/>
        </w:rPr>
        <w:t>, Ljubljana</w:t>
      </w:r>
    </w:p>
    <w:p w14:paraId="17CEA8F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Mentorici: doc. dr. Barbara Breznik Vittori, doc. dr. Metka Novak</w:t>
      </w:r>
    </w:p>
    <w:p w14:paraId="637805D2" w14:textId="77777777" w:rsidR="00E36D61" w:rsidRPr="00A22B77" w:rsidRDefault="00E36D61">
      <w:pPr>
        <w:rPr>
          <w:lang w:val="sl-SI"/>
        </w:rPr>
      </w:pPr>
    </w:p>
    <w:p w14:paraId="71C020DE" w14:textId="77777777" w:rsidR="00174646" w:rsidRPr="00A22B77" w:rsidRDefault="00174646" w:rsidP="00174646">
      <w:pPr>
        <w:rPr>
          <w:lang w:val="sl-SI"/>
        </w:rPr>
      </w:pPr>
      <w:r w:rsidRPr="00A22B77">
        <w:rPr>
          <w:b/>
          <w:lang w:val="sl-SI"/>
        </w:rPr>
        <w:t xml:space="preserve">Katja </w:t>
      </w:r>
      <w:proofErr w:type="spellStart"/>
      <w:r w:rsidRPr="00A22B77">
        <w:rPr>
          <w:b/>
          <w:lang w:val="sl-SI"/>
        </w:rPr>
        <w:t>Pregeljc</w:t>
      </w:r>
      <w:proofErr w:type="spellEnd"/>
    </w:p>
    <w:p w14:paraId="72B9CD52" w14:textId="77777777" w:rsidR="00174646" w:rsidRPr="00A22B77" w:rsidRDefault="00174646" w:rsidP="00174646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5D06B98D" w14:textId="77777777" w:rsidR="00174646" w:rsidRPr="00A22B77" w:rsidRDefault="00174646" w:rsidP="00174646">
      <w:pPr>
        <w:rPr>
          <w:lang w:val="sl-SI"/>
        </w:rPr>
      </w:pPr>
      <w:r w:rsidRPr="00A22B77">
        <w:rPr>
          <w:lang w:val="sl-SI"/>
        </w:rPr>
        <w:lastRenderedPageBreak/>
        <w:t>Mentorica: doc. dr. Barbara Faganel Kotnik</w:t>
      </w:r>
    </w:p>
    <w:p w14:paraId="46732C55" w14:textId="77777777" w:rsidR="005F6747" w:rsidRPr="00A22B77" w:rsidRDefault="005F6747">
      <w:pPr>
        <w:rPr>
          <w:lang w:val="sl-SI"/>
        </w:rPr>
      </w:pPr>
    </w:p>
    <w:p w14:paraId="673F71CA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Anja Pungartnik</w:t>
      </w:r>
    </w:p>
    <w:p w14:paraId="2053A42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</w:p>
    <w:p w14:paraId="194DE5D0" w14:textId="1E0B6DF3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Mentorici: prof. dr. Anja Klančnik, </w:t>
      </w:r>
      <w:r w:rsidR="009D5522">
        <w:rPr>
          <w:lang w:val="sl-SI"/>
        </w:rPr>
        <w:t xml:space="preserve">izr. </w:t>
      </w:r>
      <w:r>
        <w:rPr>
          <w:lang w:val="sl-SI"/>
        </w:rPr>
        <w:t>prof</w:t>
      </w:r>
      <w:r w:rsidR="009D5522">
        <w:rPr>
          <w:lang w:val="sl-SI"/>
        </w:rPr>
        <w:t xml:space="preserve">. dr. </w:t>
      </w:r>
      <w:r w:rsidRPr="00A22B77">
        <w:rPr>
          <w:lang w:val="sl-SI"/>
        </w:rPr>
        <w:t xml:space="preserve">Martina Hrast </w:t>
      </w:r>
      <w:proofErr w:type="spellStart"/>
      <w:r w:rsidRPr="00A22B77">
        <w:rPr>
          <w:lang w:val="sl-SI"/>
        </w:rPr>
        <w:t>Rambaher</w:t>
      </w:r>
      <w:proofErr w:type="spellEnd"/>
    </w:p>
    <w:p w14:paraId="2ED7D1B4" w14:textId="77777777" w:rsidR="00984576" w:rsidRDefault="00984576" w:rsidP="00984576">
      <w:pPr>
        <w:rPr>
          <w:b/>
          <w:lang w:val="sl-SI"/>
        </w:rPr>
      </w:pPr>
    </w:p>
    <w:p w14:paraId="448E66AB" w14:textId="7AFF4A71" w:rsidR="00984576" w:rsidRPr="00A22B77" w:rsidRDefault="00984576" w:rsidP="00984576">
      <w:pPr>
        <w:rPr>
          <w:lang w:val="sl-SI"/>
        </w:rPr>
      </w:pPr>
      <w:r w:rsidRPr="00A22B77">
        <w:rPr>
          <w:b/>
          <w:lang w:val="sl-SI"/>
        </w:rPr>
        <w:t>Hana Rakuša</w:t>
      </w:r>
    </w:p>
    <w:p w14:paraId="26058E8E" w14:textId="77777777" w:rsidR="00984576" w:rsidRPr="00A22B77" w:rsidRDefault="00984576" w:rsidP="00984576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3E3AAEA9" w14:textId="77777777" w:rsidR="00984576" w:rsidRPr="00A22B77" w:rsidRDefault="00984576" w:rsidP="00984576">
      <w:pPr>
        <w:rPr>
          <w:lang w:val="sl-SI"/>
        </w:rPr>
      </w:pPr>
      <w:r w:rsidRPr="00A22B77">
        <w:rPr>
          <w:lang w:val="sl-SI"/>
        </w:rPr>
        <w:t>Mentorici: prof. dr. Leja Dolenc Grošelj, prof. dr. Damjana Rozman</w:t>
      </w:r>
    </w:p>
    <w:p w14:paraId="1E85A578" w14:textId="77777777" w:rsidR="00984576" w:rsidRPr="00A22B77" w:rsidRDefault="00984576">
      <w:pPr>
        <w:rPr>
          <w:lang w:val="sl-SI"/>
        </w:rPr>
      </w:pPr>
    </w:p>
    <w:p w14:paraId="5D06B554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 xml:space="preserve">Jure </w:t>
      </w:r>
      <w:proofErr w:type="spellStart"/>
      <w:r w:rsidRPr="00A22B77">
        <w:rPr>
          <w:b/>
          <w:lang w:val="sl-SI"/>
        </w:rPr>
        <w:t>Rebselj</w:t>
      </w:r>
      <w:proofErr w:type="spellEnd"/>
    </w:p>
    <w:p w14:paraId="4EFC42AD" w14:textId="118E02EA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  <w:r>
        <w:rPr>
          <w:lang w:val="sl-SI"/>
        </w:rPr>
        <w:t xml:space="preserve">, </w:t>
      </w:r>
      <w:r w:rsidR="009D5522">
        <w:rPr>
          <w:lang w:val="sl-SI"/>
        </w:rPr>
        <w:t>Kemijski inštitut, Ljubljana</w:t>
      </w:r>
    </w:p>
    <w:p w14:paraId="0BBEB7FE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Jernej Ule, dr. Klara Kuret Hodnik</w:t>
      </w:r>
    </w:p>
    <w:p w14:paraId="3B7B4B86" w14:textId="77777777" w:rsidR="00E36D61" w:rsidRPr="00A22B77" w:rsidRDefault="00E36D61">
      <w:pPr>
        <w:rPr>
          <w:lang w:val="sl-SI"/>
        </w:rPr>
      </w:pPr>
    </w:p>
    <w:p w14:paraId="3CE73126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Ema Šimc</w:t>
      </w:r>
    </w:p>
    <w:p w14:paraId="7B781498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2A5F3320" w14:textId="77777777" w:rsidR="00E36D61" w:rsidRDefault="00DB5DAB">
      <w:pPr>
        <w:rPr>
          <w:lang w:val="sl-SI"/>
        </w:rPr>
      </w:pPr>
      <w:r w:rsidRPr="00A22B77">
        <w:rPr>
          <w:lang w:val="sl-SI"/>
        </w:rPr>
        <w:t>Mentor: izr. prof. dr. Damijan Knez</w:t>
      </w:r>
    </w:p>
    <w:p w14:paraId="4B1ACEAE" w14:textId="77777777" w:rsidR="0073597D" w:rsidRDefault="0073597D">
      <w:pPr>
        <w:rPr>
          <w:lang w:val="sl-SI"/>
        </w:rPr>
      </w:pPr>
    </w:p>
    <w:p w14:paraId="08DD9FA4" w14:textId="3BD6726C" w:rsidR="0073597D" w:rsidRPr="00A22B77" w:rsidRDefault="0056626D" w:rsidP="0073597D">
      <w:pPr>
        <w:rPr>
          <w:lang w:val="sl-SI"/>
        </w:rPr>
      </w:pPr>
      <w:r>
        <w:rPr>
          <w:b/>
          <w:lang w:val="sl-SI"/>
        </w:rPr>
        <w:t xml:space="preserve">Katja Šketa, </w:t>
      </w:r>
      <w:r w:rsidR="0073597D">
        <w:rPr>
          <w:b/>
          <w:lang w:val="sl-SI"/>
        </w:rPr>
        <w:t>A</w:t>
      </w:r>
      <w:r w:rsidR="0073597D" w:rsidRPr="00A22B77">
        <w:rPr>
          <w:b/>
          <w:lang w:val="sl-SI"/>
        </w:rPr>
        <w:t>nja Tomazin</w:t>
      </w:r>
      <w:r w:rsidR="0073597D">
        <w:rPr>
          <w:b/>
          <w:lang w:val="sl-SI"/>
        </w:rPr>
        <w:t xml:space="preserve"> </w:t>
      </w:r>
    </w:p>
    <w:p w14:paraId="39421CF0" w14:textId="77777777" w:rsidR="0073597D" w:rsidRPr="00A22B77" w:rsidRDefault="0073597D" w:rsidP="0073597D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385CEC2B" w14:textId="77777777" w:rsidR="0073597D" w:rsidRPr="00A22B77" w:rsidRDefault="0073597D" w:rsidP="0073597D">
      <w:pPr>
        <w:rPr>
          <w:lang w:val="sl-SI"/>
        </w:rPr>
      </w:pPr>
      <w:r w:rsidRPr="00A22B77">
        <w:rPr>
          <w:lang w:val="sl-SI"/>
        </w:rPr>
        <w:t xml:space="preserve">Mentorici: izr. prof. dr. Jasna But Hadžić, doc. dr. Ivica </w:t>
      </w:r>
      <w:proofErr w:type="spellStart"/>
      <w:r w:rsidRPr="00A22B77">
        <w:rPr>
          <w:lang w:val="sl-SI"/>
        </w:rPr>
        <w:t>Ratoša</w:t>
      </w:r>
      <w:proofErr w:type="spellEnd"/>
    </w:p>
    <w:p w14:paraId="3A0FF5F2" w14:textId="77777777" w:rsidR="00E36D61" w:rsidRPr="00A22B77" w:rsidRDefault="00E36D61">
      <w:pPr>
        <w:rPr>
          <w:lang w:val="sl-SI"/>
        </w:rPr>
      </w:pPr>
    </w:p>
    <w:p w14:paraId="40A20BA0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Jakob Trebše</w:t>
      </w:r>
    </w:p>
    <w:p w14:paraId="267F7F92" w14:textId="101280F6" w:rsidR="00E36D61" w:rsidRPr="00306E8A" w:rsidRDefault="00DB5DAB">
      <w:r w:rsidRPr="00A22B77">
        <w:rPr>
          <w:lang w:val="sl-SI"/>
        </w:rPr>
        <w:t>Biotehniška fakulteta, Univerza v Ljubljani</w:t>
      </w:r>
      <w:r>
        <w:rPr>
          <w:lang w:val="sl-SI"/>
        </w:rPr>
        <w:t xml:space="preserve">, </w:t>
      </w:r>
      <w:r w:rsidR="009D5522" w:rsidRPr="004B3520">
        <w:rPr>
          <w:lang w:val="pl-PL"/>
        </w:rPr>
        <w:t>Fakulteta za farmacijo, Univerza v Ljubljani</w:t>
      </w:r>
    </w:p>
    <w:p w14:paraId="1F314BD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Mentorici: doc. dr. Marija Nika Lovšin, doc. dr. Maja Bjelošević Žiberna</w:t>
      </w:r>
    </w:p>
    <w:p w14:paraId="5630AD66" w14:textId="77777777" w:rsidR="00E36D61" w:rsidRPr="00A22B77" w:rsidRDefault="00E36D61">
      <w:pPr>
        <w:rPr>
          <w:lang w:val="sl-SI"/>
        </w:rPr>
      </w:pPr>
    </w:p>
    <w:p w14:paraId="5C5328AE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lastRenderedPageBreak/>
        <w:t>Marcel Tušek</w:t>
      </w:r>
    </w:p>
    <w:p w14:paraId="274A2A9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1FA8BD66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Marko Novinec</w:t>
      </w:r>
    </w:p>
    <w:p w14:paraId="61829076" w14:textId="77777777" w:rsidR="00E36D61" w:rsidRPr="00A22B77" w:rsidRDefault="00E36D61">
      <w:pPr>
        <w:rPr>
          <w:lang w:val="sl-SI"/>
        </w:rPr>
      </w:pPr>
    </w:p>
    <w:p w14:paraId="41D1C111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Katarina Velkov</w:t>
      </w:r>
    </w:p>
    <w:p w14:paraId="7FE90CB8" w14:textId="30EA0874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  <w:r>
        <w:rPr>
          <w:lang w:val="sl-SI"/>
        </w:rPr>
        <w:t xml:space="preserve">, </w:t>
      </w:r>
      <w:r w:rsidR="009D5522">
        <w:rPr>
          <w:lang w:val="sl-SI"/>
        </w:rPr>
        <w:t>Kemijski inštitut</w:t>
      </w:r>
      <w:r>
        <w:rPr>
          <w:lang w:val="sl-SI"/>
        </w:rPr>
        <w:t xml:space="preserve">, </w:t>
      </w:r>
      <w:r w:rsidR="009D5522">
        <w:rPr>
          <w:lang w:val="sl-SI"/>
        </w:rPr>
        <w:t>Ljubljana</w:t>
      </w:r>
    </w:p>
    <w:p w14:paraId="0F0C59F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Mentorja: dr. Katja </w:t>
      </w:r>
      <w:proofErr w:type="spellStart"/>
      <w:r w:rsidRPr="00A22B77">
        <w:rPr>
          <w:lang w:val="sl-SI"/>
        </w:rPr>
        <w:t>Venko</w:t>
      </w:r>
      <w:proofErr w:type="spellEnd"/>
      <w:r w:rsidRPr="00A22B77">
        <w:rPr>
          <w:lang w:val="sl-SI"/>
        </w:rPr>
        <w:t>, prof. dr. Miha Lukšič</w:t>
      </w:r>
    </w:p>
    <w:p w14:paraId="4FBA3D03" w14:textId="77777777" w:rsidR="005F6747" w:rsidRPr="00A22B77" w:rsidRDefault="005F6747">
      <w:pPr>
        <w:rPr>
          <w:lang w:val="sl-SI"/>
        </w:rPr>
      </w:pPr>
    </w:p>
    <w:p w14:paraId="7FF9D955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 xml:space="preserve">Valentina </w:t>
      </w:r>
      <w:proofErr w:type="spellStart"/>
      <w:r w:rsidRPr="00A22B77">
        <w:rPr>
          <w:b/>
          <w:lang w:val="sl-SI"/>
        </w:rPr>
        <w:t>Vutolen</w:t>
      </w:r>
      <w:proofErr w:type="spellEnd"/>
    </w:p>
    <w:p w14:paraId="08655665" w14:textId="52428BCC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  <w:r w:rsidR="00875CDE">
        <w:rPr>
          <w:lang w:val="sl-SI"/>
        </w:rPr>
        <w:t xml:space="preserve">, </w:t>
      </w:r>
      <w:proofErr w:type="spellStart"/>
      <w:r w:rsidR="00875CDE" w:rsidRPr="00875CDE">
        <w:t>Institut</w:t>
      </w:r>
      <w:proofErr w:type="spellEnd"/>
      <w:r w:rsidR="00875CDE" w:rsidRPr="00875CDE">
        <w:t xml:space="preserve"> Jožef Stefan</w:t>
      </w:r>
    </w:p>
    <w:p w14:paraId="2C490B7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Mentorici: izr. prof. dr. Špela Zupančič, doc. dr. Marija </w:t>
      </w:r>
      <w:proofErr w:type="spellStart"/>
      <w:r w:rsidRPr="00A22B77">
        <w:rPr>
          <w:lang w:val="sl-SI"/>
        </w:rPr>
        <w:t>Vukomanović</w:t>
      </w:r>
      <w:proofErr w:type="spellEnd"/>
    </w:p>
    <w:p w14:paraId="17AD93B2" w14:textId="77777777" w:rsidR="00E36D61" w:rsidRPr="00A22B77" w:rsidRDefault="00E36D61">
      <w:pPr>
        <w:rPr>
          <w:lang w:val="sl-SI"/>
        </w:rPr>
      </w:pPr>
    </w:p>
    <w:p w14:paraId="4552FC81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Kaja Zajc</w:t>
      </w:r>
    </w:p>
    <w:p w14:paraId="124CBE2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Ekonomska fakulteta, Univerza v Ljubljani</w:t>
      </w:r>
    </w:p>
    <w:p w14:paraId="1489D33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Miha Škerlavaj, prof. dr. Matej Černe</w:t>
      </w:r>
    </w:p>
    <w:p w14:paraId="0DE4B5B7" w14:textId="77777777" w:rsidR="00E36D61" w:rsidRDefault="00E36D61">
      <w:pPr>
        <w:rPr>
          <w:lang w:val="sl-SI"/>
        </w:rPr>
      </w:pPr>
    </w:p>
    <w:p w14:paraId="3F342446" w14:textId="77777777" w:rsidR="00FA6986" w:rsidRPr="00A54E08" w:rsidRDefault="00FA6986" w:rsidP="00FA6986">
      <w:pPr>
        <w:autoSpaceDE w:val="0"/>
        <w:autoSpaceDN w:val="0"/>
        <w:adjustRightInd w:val="0"/>
        <w:spacing w:after="0" w:line="240" w:lineRule="auto"/>
        <w:rPr>
          <w:b/>
          <w:bCs/>
          <w:color w:val="00B050"/>
          <w:lang w:val="sl-SI"/>
        </w:rPr>
      </w:pPr>
      <w:r w:rsidRPr="00A54E08">
        <w:rPr>
          <w:b/>
          <w:bCs/>
          <w:color w:val="00B050"/>
          <w:lang w:val="sl-SI"/>
        </w:rPr>
        <w:t>PREJEMNIKI KRKINIH PRIZNANJ ZA DODIPLOMSKE IN PODIPLOMSKE RAZISKOVALNE NALOGE</w:t>
      </w:r>
    </w:p>
    <w:p w14:paraId="416C88FA" w14:textId="77777777" w:rsidR="00FE75EF" w:rsidRPr="00A54E08" w:rsidRDefault="00FE75EF">
      <w:pPr>
        <w:rPr>
          <w:color w:val="00B050"/>
          <w:lang w:val="sl-SI"/>
        </w:rPr>
      </w:pPr>
    </w:p>
    <w:p w14:paraId="21582F0F" w14:textId="77777777" w:rsidR="003D7335" w:rsidRPr="009009F4" w:rsidRDefault="003D7335" w:rsidP="003D7335">
      <w:pPr>
        <w:rPr>
          <w:lang w:val="sl-SI"/>
        </w:rPr>
      </w:pPr>
      <w:r w:rsidRPr="7E0CA110">
        <w:rPr>
          <w:b/>
          <w:bCs/>
        </w:rPr>
        <w:t>D</w:t>
      </w:r>
      <w:r w:rsidRPr="009009F4">
        <w:rPr>
          <w:b/>
          <w:bCs/>
          <w:lang w:val="sl-SI"/>
        </w:rPr>
        <w:t>r. Ana Ambrož</w:t>
      </w:r>
    </w:p>
    <w:p w14:paraId="4F121A8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0490A33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Irena </w:t>
      </w:r>
      <w:proofErr w:type="spellStart"/>
      <w:r w:rsidRPr="009009F4">
        <w:rPr>
          <w:lang w:val="sl-SI"/>
        </w:rPr>
        <w:t>Petrinić</w:t>
      </w:r>
      <w:proofErr w:type="spellEnd"/>
      <w:r w:rsidRPr="009009F4">
        <w:rPr>
          <w:lang w:val="sl-SI"/>
        </w:rPr>
        <w:t xml:space="preserve">, prof. dr. </w:t>
      </w:r>
      <w:proofErr w:type="spellStart"/>
      <w:r w:rsidRPr="009009F4">
        <w:rPr>
          <w:lang w:val="sl-SI"/>
        </w:rPr>
        <w:t>Armin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Gölzhäuser</w:t>
      </w:r>
      <w:proofErr w:type="spellEnd"/>
    </w:p>
    <w:p w14:paraId="3BD1ECE4" w14:textId="77777777" w:rsidR="003D7335" w:rsidRPr="009009F4" w:rsidRDefault="003D7335" w:rsidP="003D7335">
      <w:pPr>
        <w:rPr>
          <w:lang w:val="sl-SI"/>
        </w:rPr>
      </w:pPr>
    </w:p>
    <w:p w14:paraId="7F79A8F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Anja Blažič</w:t>
      </w:r>
    </w:p>
    <w:p w14:paraId="7954DAA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47555CD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Mentorica: izr. prof. dr. Lea Rems</w:t>
      </w:r>
    </w:p>
    <w:p w14:paraId="30D756AF" w14:textId="77777777" w:rsidR="003D7335" w:rsidRPr="009009F4" w:rsidRDefault="003D7335" w:rsidP="003D7335">
      <w:pPr>
        <w:rPr>
          <w:lang w:val="sl-SI"/>
        </w:rPr>
      </w:pPr>
    </w:p>
    <w:p w14:paraId="5025425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Urška Češarek</w:t>
      </w:r>
    </w:p>
    <w:p w14:paraId="406F5B2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0B09971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dr. David Pahovnik</w:t>
      </w:r>
    </w:p>
    <w:p w14:paraId="09F5A9EB" w14:textId="77777777" w:rsidR="003D7335" w:rsidRPr="009009F4" w:rsidRDefault="003D7335" w:rsidP="003D7335">
      <w:pPr>
        <w:rPr>
          <w:lang w:val="sl-SI"/>
        </w:rPr>
      </w:pPr>
    </w:p>
    <w:p w14:paraId="30845312" w14:textId="5288BEEC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 xml:space="preserve">Dr. </w:t>
      </w:r>
      <w:r w:rsidR="00FF5C3E" w:rsidRPr="009009F4">
        <w:rPr>
          <w:b/>
          <w:bCs/>
          <w:lang w:val="sl-SI"/>
        </w:rPr>
        <w:t>Alenka Dražić</w:t>
      </w:r>
    </w:p>
    <w:p w14:paraId="5F73A3F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Pedagoška fakulteta, Univerza v Ljubljani </w:t>
      </w:r>
    </w:p>
    <w:p w14:paraId="72653C8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Iztok Devetak</w:t>
      </w:r>
    </w:p>
    <w:p w14:paraId="30D0CB8F" w14:textId="77777777" w:rsidR="003D7335" w:rsidRPr="009009F4" w:rsidRDefault="003D7335" w:rsidP="003D7335">
      <w:pPr>
        <w:rPr>
          <w:lang w:val="sl-SI"/>
        </w:rPr>
      </w:pPr>
    </w:p>
    <w:p w14:paraId="551DFAC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Erika Jesenko</w:t>
      </w:r>
    </w:p>
    <w:p w14:paraId="7A2B59B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6C1ED4F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Mentor: doc. dr. Emil </w:t>
      </w:r>
      <w:proofErr w:type="spellStart"/>
      <w:r w:rsidRPr="009009F4">
        <w:rPr>
          <w:lang w:val="sl-SI"/>
        </w:rPr>
        <w:t>Zlatić</w:t>
      </w:r>
      <w:proofErr w:type="spellEnd"/>
    </w:p>
    <w:p w14:paraId="75DD0D2D" w14:textId="77777777" w:rsidR="003D7335" w:rsidRPr="009009F4" w:rsidRDefault="003D7335" w:rsidP="003D7335">
      <w:pPr>
        <w:rPr>
          <w:lang w:val="sl-SI"/>
        </w:rPr>
      </w:pPr>
    </w:p>
    <w:p w14:paraId="3C4F6485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Jan Kejžar</w:t>
      </w:r>
    </w:p>
    <w:p w14:paraId="4CD00ED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66E68FBD" w14:textId="1D530EA1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</w:t>
      </w:r>
      <w:r w:rsidR="000D6C47">
        <w:rPr>
          <w:lang w:val="sl-SI"/>
        </w:rPr>
        <w:t>ja</w:t>
      </w:r>
      <w:r w:rsidRPr="009009F4">
        <w:rPr>
          <w:lang w:val="sl-SI"/>
        </w:rPr>
        <w:t xml:space="preserve">: prof. dr. Nataša Poklar Ulrih, doc. dr. </w:t>
      </w:r>
      <w:proofErr w:type="spellStart"/>
      <w:r w:rsidRPr="009009F4">
        <w:rPr>
          <w:lang w:val="sl-SI"/>
        </w:rPr>
        <w:t>Ilja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Gasan</w:t>
      </w:r>
      <w:proofErr w:type="spellEnd"/>
      <w:r w:rsidRPr="009009F4">
        <w:rPr>
          <w:lang w:val="sl-SI"/>
        </w:rPr>
        <w:t xml:space="preserve"> Osojnik Črnivec</w:t>
      </w:r>
    </w:p>
    <w:p w14:paraId="4462DFDB" w14:textId="77777777" w:rsidR="00FF5C3E" w:rsidRPr="009009F4" w:rsidRDefault="00FF5C3E" w:rsidP="003D7335">
      <w:pPr>
        <w:rPr>
          <w:lang w:val="sl-SI"/>
        </w:rPr>
      </w:pPr>
    </w:p>
    <w:p w14:paraId="05FE719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 xml:space="preserve">Dr. Vesna </w:t>
      </w:r>
      <w:proofErr w:type="spellStart"/>
      <w:r w:rsidRPr="009009F4">
        <w:rPr>
          <w:b/>
          <w:bCs/>
          <w:lang w:val="sl-SI"/>
        </w:rPr>
        <w:t>Kokondoska</w:t>
      </w:r>
      <w:proofErr w:type="spellEnd"/>
      <w:r w:rsidRPr="009009F4">
        <w:rPr>
          <w:b/>
          <w:bCs/>
          <w:lang w:val="sl-SI"/>
        </w:rPr>
        <w:t xml:space="preserve"> Grgič</w:t>
      </w:r>
    </w:p>
    <w:p w14:paraId="06DFAE35" w14:textId="77777777" w:rsidR="00017D1B" w:rsidRDefault="003D7335" w:rsidP="003D7335">
      <w:r w:rsidRPr="009009F4">
        <w:rPr>
          <w:lang w:val="sl-SI"/>
        </w:rPr>
        <w:t>Biotehniška fakulteta, Univerza v Ljubljani</w:t>
      </w:r>
      <w:r w:rsidR="007C0324">
        <w:rPr>
          <w:lang w:val="sl-SI"/>
        </w:rPr>
        <w:t xml:space="preserve">, </w:t>
      </w:r>
      <w:r w:rsidR="003B1D0E">
        <w:t xml:space="preserve">Medicinska </w:t>
      </w:r>
      <w:proofErr w:type="spellStart"/>
      <w:r w:rsidR="003B1D0E">
        <w:t>fakulteta</w:t>
      </w:r>
      <w:proofErr w:type="spellEnd"/>
      <w:r w:rsidR="003B1D0E">
        <w:t>, Univerza v Ljubljani</w:t>
      </w:r>
    </w:p>
    <w:p w14:paraId="76C4EC26" w14:textId="5A22DF5C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doc. dr. Maša </w:t>
      </w:r>
      <w:proofErr w:type="spellStart"/>
      <w:r w:rsidRPr="009009F4">
        <w:rPr>
          <w:lang w:val="sl-SI"/>
        </w:rPr>
        <w:t>Sinraih</w:t>
      </w:r>
      <w:proofErr w:type="spellEnd"/>
      <w:r w:rsidRPr="009009F4">
        <w:rPr>
          <w:lang w:val="sl-SI"/>
        </w:rPr>
        <w:t xml:space="preserve"> Tisnikar</w:t>
      </w:r>
      <w:r w:rsidRPr="00FB710F">
        <w:rPr>
          <w:lang w:val="sl-SI"/>
        </w:rPr>
        <w:t>, dr.</w:t>
      </w:r>
      <w:r w:rsidRPr="009009F4">
        <w:rPr>
          <w:lang w:val="sl-SI"/>
        </w:rPr>
        <w:t xml:space="preserve"> Ivana Jovchevska</w:t>
      </w:r>
    </w:p>
    <w:p w14:paraId="0628DAE7" w14:textId="77777777" w:rsidR="00684827" w:rsidRPr="009009F4" w:rsidRDefault="00684827" w:rsidP="003D7335">
      <w:pPr>
        <w:rPr>
          <w:lang w:val="sl-SI"/>
        </w:rPr>
      </w:pPr>
    </w:p>
    <w:p w14:paraId="6A03E3C0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Gloria Krapež</w:t>
      </w:r>
    </w:p>
    <w:p w14:paraId="32452C2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Medicinska fakulteta, Univerza v Ljubljani</w:t>
      </w:r>
    </w:p>
    <w:p w14:paraId="22BC4B49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Mentorica: </w:t>
      </w:r>
      <w:r w:rsidRPr="00684827">
        <w:rPr>
          <w:lang w:val="sl-SI"/>
        </w:rPr>
        <w:t>dr.</w:t>
      </w:r>
      <w:r w:rsidRPr="009009F4">
        <w:rPr>
          <w:lang w:val="sl-SI"/>
        </w:rPr>
        <w:t xml:space="preserve"> Ivana Jovchevska</w:t>
      </w:r>
    </w:p>
    <w:p w14:paraId="2CA0E4F2" w14:textId="77777777" w:rsidR="003D7335" w:rsidRPr="009009F4" w:rsidRDefault="003D7335" w:rsidP="003D7335">
      <w:pPr>
        <w:rPr>
          <w:lang w:val="sl-SI"/>
        </w:rPr>
      </w:pPr>
    </w:p>
    <w:p w14:paraId="337BDEF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Teja Lavrin</w:t>
      </w:r>
    </w:p>
    <w:p w14:paraId="3224CB3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lastRenderedPageBreak/>
        <w:t>Medicinska fakulteta, Univerza v Ljubljani</w:t>
      </w:r>
    </w:p>
    <w:p w14:paraId="489607D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Mentorica: izr. prof. dr. Metka Lenassi</w:t>
      </w:r>
    </w:p>
    <w:p w14:paraId="3EB8197A" w14:textId="77777777" w:rsidR="003D7335" w:rsidRPr="009009F4" w:rsidRDefault="003D7335" w:rsidP="003D7335">
      <w:pPr>
        <w:rPr>
          <w:lang w:val="sl-SI"/>
        </w:rPr>
      </w:pPr>
    </w:p>
    <w:p w14:paraId="37B62AA6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Peter Lombergar</w:t>
      </w:r>
    </w:p>
    <w:p w14:paraId="628EE729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elektrotehniko, Univerza v Ljubljani</w:t>
      </w:r>
    </w:p>
    <w:p w14:paraId="1F470D5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izr. prof. dr. Bor Kos</w:t>
      </w:r>
    </w:p>
    <w:p w14:paraId="03D7058B" w14:textId="77777777" w:rsidR="003D7335" w:rsidRPr="009009F4" w:rsidRDefault="003D7335" w:rsidP="003D7335">
      <w:pPr>
        <w:rPr>
          <w:lang w:val="sl-SI"/>
        </w:rPr>
      </w:pPr>
    </w:p>
    <w:p w14:paraId="6AFC578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 xml:space="preserve">Dr. </w:t>
      </w:r>
      <w:proofErr w:type="spellStart"/>
      <w:r w:rsidRPr="009009F4">
        <w:rPr>
          <w:b/>
          <w:bCs/>
          <w:lang w:val="sl-SI"/>
        </w:rPr>
        <w:t>Matea</w:t>
      </w:r>
      <w:proofErr w:type="spellEnd"/>
      <w:r w:rsidRPr="009009F4">
        <w:rPr>
          <w:b/>
          <w:bCs/>
          <w:lang w:val="sl-SI"/>
        </w:rPr>
        <w:t xml:space="preserve"> </w:t>
      </w:r>
      <w:proofErr w:type="spellStart"/>
      <w:r w:rsidRPr="009009F4">
        <w:rPr>
          <w:b/>
          <w:bCs/>
          <w:lang w:val="sl-SI"/>
        </w:rPr>
        <w:t>Maruna</w:t>
      </w:r>
      <w:proofErr w:type="spellEnd"/>
    </w:p>
    <w:p w14:paraId="6DB77C9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Medicinska fakulteta, Univerza v Ljubljani</w:t>
      </w:r>
    </w:p>
    <w:p w14:paraId="641E6EBB" w14:textId="3DCBEA26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Roman Jerala</w:t>
      </w:r>
    </w:p>
    <w:p w14:paraId="7E8AF264" w14:textId="77777777" w:rsidR="003D7335" w:rsidRPr="009009F4" w:rsidRDefault="003D7335" w:rsidP="003D7335">
      <w:pPr>
        <w:rPr>
          <w:lang w:val="sl-SI"/>
        </w:rPr>
      </w:pPr>
    </w:p>
    <w:p w14:paraId="3381ED33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Nataša Medved</w:t>
      </w:r>
    </w:p>
    <w:p w14:paraId="4F8A6A4D" w14:textId="7543393A" w:rsidR="00FF27A7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  <w:r w:rsidR="007C0324">
        <w:rPr>
          <w:lang w:val="sl-SI"/>
        </w:rPr>
        <w:t xml:space="preserve">, </w:t>
      </w:r>
      <w:proofErr w:type="spellStart"/>
      <w:r w:rsidR="00FF27A7" w:rsidRPr="00FF27A7">
        <w:t>Kemijski</w:t>
      </w:r>
      <w:proofErr w:type="spellEnd"/>
      <w:r w:rsidR="00FF27A7" w:rsidRPr="00FF27A7">
        <w:t xml:space="preserve"> </w:t>
      </w:r>
      <w:proofErr w:type="spellStart"/>
      <w:r w:rsidR="00FF27A7" w:rsidRPr="00FF27A7">
        <w:t>inštitut</w:t>
      </w:r>
      <w:proofErr w:type="spellEnd"/>
      <w:r w:rsidR="00195D8D">
        <w:t>, Ljubljana</w:t>
      </w:r>
    </w:p>
    <w:p w14:paraId="2BF7C5E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Janez Plavec</w:t>
      </w:r>
    </w:p>
    <w:p w14:paraId="22B62BDD" w14:textId="77777777" w:rsidR="00FF5C3E" w:rsidRPr="009009F4" w:rsidRDefault="00FF5C3E" w:rsidP="003D7335">
      <w:pPr>
        <w:rPr>
          <w:lang w:val="sl-SI"/>
        </w:rPr>
      </w:pPr>
    </w:p>
    <w:p w14:paraId="140D1B93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Janez Smerkolj</w:t>
      </w:r>
    </w:p>
    <w:p w14:paraId="55E7839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Medicinska fakulteta, Univerza v Ljubljani</w:t>
      </w:r>
    </w:p>
    <w:p w14:paraId="2DAFD94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prof. dr. Marko Goličnik, izr. prof. dr. Miha Pavšič</w:t>
      </w:r>
    </w:p>
    <w:p w14:paraId="4E2F2CB8" w14:textId="77777777" w:rsidR="003D7335" w:rsidRPr="009009F4" w:rsidRDefault="003D7335" w:rsidP="003D7335">
      <w:pPr>
        <w:rPr>
          <w:lang w:val="sl-SI"/>
        </w:rPr>
      </w:pPr>
    </w:p>
    <w:p w14:paraId="02D363F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Lara Smrdel</w:t>
      </w:r>
    </w:p>
    <w:p w14:paraId="02AEBB6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0457E22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Mentorica: izr. prof. dr. Martina Gobec</w:t>
      </w:r>
    </w:p>
    <w:p w14:paraId="4A73A119" w14:textId="77777777" w:rsidR="003D7335" w:rsidRPr="009009F4" w:rsidRDefault="003D7335" w:rsidP="003D7335">
      <w:pPr>
        <w:rPr>
          <w:lang w:val="sl-SI"/>
        </w:rPr>
      </w:pPr>
    </w:p>
    <w:p w14:paraId="50F82A3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Kaja </w:t>
      </w:r>
      <w:proofErr w:type="spellStart"/>
      <w:r w:rsidRPr="009009F4">
        <w:rPr>
          <w:b/>
          <w:lang w:val="sl-SI"/>
        </w:rPr>
        <w:t>Adamek</w:t>
      </w:r>
      <w:proofErr w:type="spellEnd"/>
    </w:p>
    <w:p w14:paraId="5B78CD5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446B178A" w14:textId="412C4022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lastRenderedPageBreak/>
        <w:t xml:space="preserve">Mentorici: </w:t>
      </w:r>
      <w:r w:rsidRPr="000F75A3">
        <w:rPr>
          <w:lang w:val="sl-SI"/>
        </w:rPr>
        <w:t>prof. dr. Anja Klančnik, doc. dr. Majda Golob</w:t>
      </w:r>
    </w:p>
    <w:p w14:paraId="5B72F028" w14:textId="77777777" w:rsidR="003D7335" w:rsidRPr="009009F4" w:rsidRDefault="003D7335" w:rsidP="003D7335">
      <w:pPr>
        <w:rPr>
          <w:lang w:val="sl-SI"/>
        </w:rPr>
      </w:pPr>
    </w:p>
    <w:p w14:paraId="6374255E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Špela Blaznik</w:t>
      </w:r>
    </w:p>
    <w:p w14:paraId="79CA642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6470562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Aleš Podgornik</w:t>
      </w:r>
    </w:p>
    <w:p w14:paraId="68169DBF" w14:textId="77777777" w:rsidR="003D7335" w:rsidRPr="009009F4" w:rsidRDefault="003D7335" w:rsidP="003D7335">
      <w:pPr>
        <w:rPr>
          <w:lang w:val="sl-SI"/>
        </w:rPr>
      </w:pPr>
    </w:p>
    <w:p w14:paraId="46AE854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Živa Bračič</w:t>
      </w:r>
    </w:p>
    <w:p w14:paraId="303C977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1F8A93E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Mentorici: doc. dr. Polonca Štefanič, prof. dr. Irena Zdovc</w:t>
      </w:r>
    </w:p>
    <w:p w14:paraId="177A30F4" w14:textId="77777777" w:rsidR="00FF5C3E" w:rsidRPr="009009F4" w:rsidRDefault="00FF5C3E" w:rsidP="003D7335">
      <w:pPr>
        <w:rPr>
          <w:lang w:val="sl-SI"/>
        </w:rPr>
      </w:pPr>
    </w:p>
    <w:p w14:paraId="6F34742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Katarina Breznik</w:t>
      </w:r>
    </w:p>
    <w:p w14:paraId="4A59D3D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Zdravstvena fakulteta, Univerza v Ljubljani</w:t>
      </w:r>
    </w:p>
    <w:p w14:paraId="7321A651" w14:textId="685A6349" w:rsidR="003D7335" w:rsidRPr="009009F4" w:rsidRDefault="003D7335" w:rsidP="003D7335">
      <w:pPr>
        <w:rPr>
          <w:lang w:val="sl-SI"/>
        </w:rPr>
      </w:pPr>
      <w:r w:rsidRPr="000F75A3">
        <w:rPr>
          <w:lang w:val="sl-SI"/>
        </w:rPr>
        <w:t>Mentorici: doc. dr. Maja Frangež, Maja Marija Potočnik</w:t>
      </w:r>
    </w:p>
    <w:p w14:paraId="6CF653E1" w14:textId="77777777" w:rsidR="003D7335" w:rsidRPr="009009F4" w:rsidRDefault="003D7335" w:rsidP="003D7335">
      <w:pPr>
        <w:rPr>
          <w:lang w:val="sl-SI"/>
        </w:rPr>
      </w:pPr>
    </w:p>
    <w:p w14:paraId="40FCD2A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Daša Čebulj</w:t>
      </w:r>
    </w:p>
    <w:p w14:paraId="3E2A2A8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72AD8EE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Janez Košmrlj</w:t>
      </w:r>
    </w:p>
    <w:p w14:paraId="074FE6F3" w14:textId="77777777" w:rsidR="003D7335" w:rsidRPr="009009F4" w:rsidRDefault="003D7335" w:rsidP="003D7335">
      <w:pPr>
        <w:rPr>
          <w:lang w:val="sl-SI"/>
        </w:rPr>
      </w:pPr>
    </w:p>
    <w:p w14:paraId="1F5BA03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Maruša Dolinšek</w:t>
      </w:r>
    </w:p>
    <w:p w14:paraId="191E30B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tehnologijo polimerov, Univerza na Primorskem</w:t>
      </w:r>
    </w:p>
    <w:p w14:paraId="363F313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doc. dr. Kaja </w:t>
      </w:r>
      <w:proofErr w:type="spellStart"/>
      <w:r w:rsidRPr="009009F4">
        <w:rPr>
          <w:lang w:val="sl-SI"/>
        </w:rPr>
        <w:t>Kupnik</w:t>
      </w:r>
      <w:proofErr w:type="spellEnd"/>
      <w:r w:rsidRPr="009009F4">
        <w:rPr>
          <w:lang w:val="sl-SI"/>
        </w:rPr>
        <w:t>, izr. prof. dr. Irena Pulko</w:t>
      </w:r>
    </w:p>
    <w:p w14:paraId="31511F25" w14:textId="77777777" w:rsidR="003D7335" w:rsidRPr="009009F4" w:rsidRDefault="003D7335" w:rsidP="003D7335">
      <w:pPr>
        <w:rPr>
          <w:lang w:val="sl-SI"/>
        </w:rPr>
      </w:pPr>
    </w:p>
    <w:p w14:paraId="10249F7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Manca Dostal</w:t>
      </w:r>
    </w:p>
    <w:p w14:paraId="026CBE61" w14:textId="50F1E352" w:rsidR="00C853CE" w:rsidRPr="000F75A3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  <w:r w:rsidR="00F26DD3">
        <w:rPr>
          <w:lang w:val="sl-SI"/>
        </w:rPr>
        <w:t xml:space="preserve">, </w:t>
      </w:r>
      <w:proofErr w:type="spellStart"/>
      <w:r w:rsidR="00C853CE" w:rsidRPr="000F75A3">
        <w:t>Institut</w:t>
      </w:r>
      <w:proofErr w:type="spellEnd"/>
      <w:r w:rsidR="00C853CE" w:rsidRPr="000F75A3">
        <w:t xml:space="preserve"> Jožef Stefan</w:t>
      </w:r>
    </w:p>
    <w:p w14:paraId="341D064F" w14:textId="6239A60B" w:rsidR="003D7335" w:rsidRPr="009009F4" w:rsidRDefault="003D7335" w:rsidP="003D7335">
      <w:pPr>
        <w:rPr>
          <w:lang w:val="sl-SI"/>
        </w:rPr>
      </w:pPr>
      <w:r w:rsidRPr="000F75A3">
        <w:rPr>
          <w:lang w:val="sl-SI"/>
        </w:rPr>
        <w:t>Mentorja: prof. dr. Anja Kla</w:t>
      </w:r>
      <w:r w:rsidR="0061177F" w:rsidRPr="000F75A3">
        <w:rPr>
          <w:lang w:val="sl-SI"/>
        </w:rPr>
        <w:t>n</w:t>
      </w:r>
      <w:r w:rsidRPr="000F75A3">
        <w:rPr>
          <w:lang w:val="sl-SI"/>
        </w:rPr>
        <w:t>čnik, prof. dr. Aleš Berlec</w:t>
      </w:r>
    </w:p>
    <w:p w14:paraId="5887CD14" w14:textId="77777777" w:rsidR="003D7335" w:rsidRPr="009009F4" w:rsidRDefault="003D7335" w:rsidP="003D7335">
      <w:pPr>
        <w:rPr>
          <w:lang w:val="sl-SI"/>
        </w:rPr>
      </w:pPr>
    </w:p>
    <w:p w14:paraId="6CD363EF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lastRenderedPageBreak/>
        <w:t>Žiga Duša</w:t>
      </w:r>
    </w:p>
    <w:p w14:paraId="04ADC8B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014B6D91" w14:textId="5EBE7BA8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doc. dr. Urša Pečar Fonović, Jernej </w:t>
      </w:r>
      <w:proofErr w:type="spellStart"/>
      <w:r w:rsidRPr="009009F4">
        <w:rPr>
          <w:lang w:val="sl-SI"/>
        </w:rPr>
        <w:t>Cingl</w:t>
      </w:r>
      <w:proofErr w:type="spellEnd"/>
    </w:p>
    <w:p w14:paraId="45B6FFBC" w14:textId="77777777" w:rsidR="003D7335" w:rsidRPr="009009F4" w:rsidRDefault="003D7335" w:rsidP="003D7335">
      <w:pPr>
        <w:rPr>
          <w:lang w:val="sl-SI"/>
        </w:rPr>
      </w:pPr>
    </w:p>
    <w:p w14:paraId="187DA1A6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Ema Faganeli</w:t>
      </w:r>
    </w:p>
    <w:p w14:paraId="26AF0DC9" w14:textId="1664EAB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Fakulteta za </w:t>
      </w:r>
      <w:r w:rsidR="00B035AE">
        <w:rPr>
          <w:lang w:val="sl-SI"/>
        </w:rPr>
        <w:t>f</w:t>
      </w:r>
      <w:r w:rsidRPr="009009F4">
        <w:rPr>
          <w:lang w:val="sl-SI"/>
        </w:rPr>
        <w:t>armacijo, Univerza v Ljubljani</w:t>
      </w:r>
    </w:p>
    <w:p w14:paraId="7672C4D6" w14:textId="09D9D510" w:rsidR="00FF5C3E" w:rsidRDefault="003D7335" w:rsidP="003D7335">
      <w:pPr>
        <w:rPr>
          <w:lang w:val="sl-SI"/>
        </w:rPr>
      </w:pPr>
      <w:r w:rsidRPr="009009F4">
        <w:rPr>
          <w:lang w:val="sl-SI"/>
        </w:rPr>
        <w:t>Mentor: prof. dr. Marko Anderluh</w:t>
      </w:r>
    </w:p>
    <w:p w14:paraId="27E66B4C" w14:textId="77777777" w:rsidR="007C0324" w:rsidRPr="009009F4" w:rsidRDefault="007C0324" w:rsidP="003D7335">
      <w:pPr>
        <w:rPr>
          <w:lang w:val="sl-SI"/>
        </w:rPr>
      </w:pPr>
    </w:p>
    <w:p w14:paraId="0DA04766" w14:textId="77777777" w:rsidR="003D7335" w:rsidRPr="009009F4" w:rsidRDefault="003D7335" w:rsidP="003D7335">
      <w:pPr>
        <w:rPr>
          <w:lang w:val="sl-SI"/>
        </w:rPr>
      </w:pPr>
      <w:proofErr w:type="spellStart"/>
      <w:r w:rsidRPr="009009F4">
        <w:rPr>
          <w:b/>
          <w:lang w:val="sl-SI"/>
        </w:rPr>
        <w:t>Haris</w:t>
      </w:r>
      <w:proofErr w:type="spellEnd"/>
      <w:r w:rsidRPr="009009F4">
        <w:rPr>
          <w:b/>
          <w:lang w:val="sl-SI"/>
        </w:rPr>
        <w:t xml:space="preserve"> </w:t>
      </w:r>
      <w:proofErr w:type="spellStart"/>
      <w:r w:rsidRPr="009009F4">
        <w:rPr>
          <w:b/>
          <w:lang w:val="sl-SI"/>
        </w:rPr>
        <w:t>Fejzuli</w:t>
      </w:r>
      <w:proofErr w:type="spellEnd"/>
    </w:p>
    <w:p w14:paraId="58DFD33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1DB6E9E8" w14:textId="4108DFB0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prof. dr. Maša Knez </w:t>
      </w:r>
      <w:proofErr w:type="spellStart"/>
      <w:r w:rsidRPr="009009F4">
        <w:rPr>
          <w:lang w:val="sl-SI"/>
        </w:rPr>
        <w:t>Marevci</w:t>
      </w:r>
      <w:proofErr w:type="spellEnd"/>
      <w:r w:rsidRPr="009009F4">
        <w:rPr>
          <w:lang w:val="sl-SI"/>
        </w:rPr>
        <w:t>, Vesna Postružnik</w:t>
      </w:r>
    </w:p>
    <w:p w14:paraId="0D38259A" w14:textId="77777777" w:rsidR="003D7335" w:rsidRPr="009009F4" w:rsidRDefault="003D7335" w:rsidP="003D7335">
      <w:pPr>
        <w:rPr>
          <w:lang w:val="sl-SI"/>
        </w:rPr>
      </w:pPr>
    </w:p>
    <w:p w14:paraId="3E0740E3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Katja Fingušt</w:t>
      </w:r>
    </w:p>
    <w:p w14:paraId="37512A4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3FD05351" w14:textId="019E2EEA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</w:t>
      </w:r>
      <w:r w:rsidRPr="000F75A3">
        <w:rPr>
          <w:lang w:val="sl-SI"/>
        </w:rPr>
        <w:t>prof. dr. Urban Bren, doc. dr. Veronika Furlan</w:t>
      </w:r>
    </w:p>
    <w:p w14:paraId="36191CA0" w14:textId="77777777" w:rsidR="003D7335" w:rsidRPr="009009F4" w:rsidRDefault="003D7335" w:rsidP="003D7335">
      <w:pPr>
        <w:rPr>
          <w:lang w:val="sl-SI"/>
        </w:rPr>
      </w:pPr>
    </w:p>
    <w:p w14:paraId="7C6BE390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Nika Fortuna</w:t>
      </w:r>
    </w:p>
    <w:p w14:paraId="5206096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4CA41C5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Janez Košmrlj</w:t>
      </w:r>
    </w:p>
    <w:p w14:paraId="4EDF5672" w14:textId="77777777" w:rsidR="003D7335" w:rsidRPr="009009F4" w:rsidRDefault="003D7335" w:rsidP="003D7335">
      <w:pPr>
        <w:rPr>
          <w:lang w:val="sl-SI"/>
        </w:rPr>
      </w:pPr>
    </w:p>
    <w:p w14:paraId="6904396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Jan Gojkovič</w:t>
      </w:r>
    </w:p>
    <w:p w14:paraId="621A935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30931433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Matej Sova</w:t>
      </w:r>
    </w:p>
    <w:p w14:paraId="157AA6B9" w14:textId="77777777" w:rsidR="003D7335" w:rsidRPr="009009F4" w:rsidRDefault="003D7335" w:rsidP="003D7335">
      <w:pPr>
        <w:rPr>
          <w:lang w:val="sl-SI"/>
        </w:rPr>
      </w:pPr>
    </w:p>
    <w:p w14:paraId="1D5AB18B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Anita Golob</w:t>
      </w:r>
    </w:p>
    <w:p w14:paraId="3B59ED0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03E6DC9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lastRenderedPageBreak/>
        <w:t>Mentor: izr. prof. dr. Damijan Knez</w:t>
      </w:r>
    </w:p>
    <w:p w14:paraId="7CA96A6D" w14:textId="77777777" w:rsidR="003D7335" w:rsidRPr="009009F4" w:rsidRDefault="003D7335" w:rsidP="003D7335">
      <w:pPr>
        <w:rPr>
          <w:lang w:val="sl-SI"/>
        </w:rPr>
      </w:pPr>
    </w:p>
    <w:p w14:paraId="0A64E07F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Zala </w:t>
      </w:r>
      <w:proofErr w:type="spellStart"/>
      <w:r w:rsidRPr="009009F4">
        <w:rPr>
          <w:b/>
          <w:lang w:val="sl-SI"/>
        </w:rPr>
        <w:t>Gorenjšček</w:t>
      </w:r>
      <w:proofErr w:type="spellEnd"/>
    </w:p>
    <w:p w14:paraId="04D3A942" w14:textId="3E0486DB" w:rsidR="007771DE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  <w:r w:rsidR="008431C9">
        <w:rPr>
          <w:lang w:val="sl-SI"/>
        </w:rPr>
        <w:t xml:space="preserve">, </w:t>
      </w:r>
      <w:proofErr w:type="spellStart"/>
      <w:r w:rsidR="007771DE" w:rsidRPr="007771DE">
        <w:t>Veterinarska</w:t>
      </w:r>
      <w:proofErr w:type="spellEnd"/>
      <w:r w:rsidR="007771DE" w:rsidRPr="007771DE">
        <w:t xml:space="preserve"> </w:t>
      </w:r>
      <w:proofErr w:type="spellStart"/>
      <w:r w:rsidR="007771DE" w:rsidRPr="007771DE">
        <w:t>fakulteta</w:t>
      </w:r>
      <w:proofErr w:type="spellEnd"/>
      <w:r w:rsidR="007771DE" w:rsidRPr="009009F4">
        <w:rPr>
          <w:lang w:val="sl-SI"/>
        </w:rPr>
        <w:t>, Univerza v Ljubljani</w:t>
      </w:r>
    </w:p>
    <w:p w14:paraId="6D323104" w14:textId="42092901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Martina Hrast </w:t>
      </w:r>
      <w:proofErr w:type="spellStart"/>
      <w:r w:rsidRPr="005D0F28">
        <w:rPr>
          <w:lang w:val="sl-SI"/>
        </w:rPr>
        <w:t>Rambaher</w:t>
      </w:r>
      <w:proofErr w:type="spellEnd"/>
      <w:r w:rsidRPr="005D0F28">
        <w:rPr>
          <w:lang w:val="sl-SI"/>
        </w:rPr>
        <w:t>, doc. dr. Majda Golob</w:t>
      </w:r>
    </w:p>
    <w:p w14:paraId="4F5B1FBC" w14:textId="77777777" w:rsidR="00FF5C3E" w:rsidRPr="009009F4" w:rsidRDefault="00FF5C3E" w:rsidP="003D7335">
      <w:pPr>
        <w:rPr>
          <w:lang w:val="sl-SI"/>
        </w:rPr>
      </w:pPr>
    </w:p>
    <w:p w14:paraId="4BC9DF2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Liza Habjan</w:t>
      </w:r>
    </w:p>
    <w:p w14:paraId="1A82522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149769FB" w14:textId="7476E952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Mentorici: izr. prof. dr. Anja Pišlar, dr. Selena Horvat</w:t>
      </w:r>
    </w:p>
    <w:p w14:paraId="3843E90E" w14:textId="77777777" w:rsidR="007C0324" w:rsidRPr="009009F4" w:rsidRDefault="007C0324" w:rsidP="003D7335">
      <w:pPr>
        <w:rPr>
          <w:lang w:val="sl-SI"/>
        </w:rPr>
      </w:pPr>
    </w:p>
    <w:p w14:paraId="4299193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Tara </w:t>
      </w:r>
      <w:proofErr w:type="spellStart"/>
      <w:r w:rsidRPr="009009F4">
        <w:rPr>
          <w:b/>
          <w:lang w:val="sl-SI"/>
        </w:rPr>
        <w:t>Hrastel</w:t>
      </w:r>
      <w:proofErr w:type="spellEnd"/>
    </w:p>
    <w:p w14:paraId="06683BA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67C4464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Joško Osredkar</w:t>
      </w:r>
    </w:p>
    <w:p w14:paraId="6FC849B6" w14:textId="77777777" w:rsidR="003D7335" w:rsidRPr="009009F4" w:rsidRDefault="003D7335" w:rsidP="003D7335">
      <w:pPr>
        <w:rPr>
          <w:lang w:val="sl-SI"/>
        </w:rPr>
      </w:pPr>
    </w:p>
    <w:p w14:paraId="71C0AEFE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Urban Hrovatič</w:t>
      </w:r>
    </w:p>
    <w:p w14:paraId="08064B6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74883F8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prof. dr. Maja </w:t>
      </w:r>
      <w:proofErr w:type="spellStart"/>
      <w:r w:rsidRPr="009009F4">
        <w:rPr>
          <w:lang w:val="sl-SI"/>
        </w:rPr>
        <w:t>Mikulič</w:t>
      </w:r>
      <w:proofErr w:type="spellEnd"/>
      <w:r w:rsidRPr="009009F4">
        <w:rPr>
          <w:lang w:val="sl-SI"/>
        </w:rPr>
        <w:t xml:space="preserve"> Petkovšek, prof. dr. Zlata Luthar</w:t>
      </w:r>
    </w:p>
    <w:p w14:paraId="29FA2152" w14:textId="77777777" w:rsidR="003D7335" w:rsidRPr="009009F4" w:rsidRDefault="003D7335" w:rsidP="003D7335">
      <w:pPr>
        <w:rPr>
          <w:lang w:val="sl-SI"/>
        </w:rPr>
      </w:pPr>
    </w:p>
    <w:p w14:paraId="7BDD034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Maša Jagodič</w:t>
      </w:r>
    </w:p>
    <w:p w14:paraId="68D2C4D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78D6E34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doc. dr. </w:t>
      </w:r>
      <w:proofErr w:type="spellStart"/>
      <w:r w:rsidRPr="009009F4">
        <w:rPr>
          <w:lang w:val="sl-SI"/>
        </w:rPr>
        <w:t>Matja</w:t>
      </w:r>
      <w:proofErr w:type="spellEnd"/>
      <w:r w:rsidRPr="009009F4">
        <w:rPr>
          <w:lang w:val="sl-SI"/>
        </w:rPr>
        <w:t xml:space="preserve"> Zalar, prof. dr. Urban Bren</w:t>
      </w:r>
    </w:p>
    <w:p w14:paraId="66DA9700" w14:textId="77777777" w:rsidR="003D7335" w:rsidRPr="009009F4" w:rsidRDefault="003D7335" w:rsidP="003D7335">
      <w:pPr>
        <w:rPr>
          <w:lang w:val="sl-SI"/>
        </w:rPr>
      </w:pPr>
    </w:p>
    <w:p w14:paraId="6ADFC46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Neža Japelj</w:t>
      </w:r>
    </w:p>
    <w:p w14:paraId="257F52E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505543C2" w14:textId="47B21279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Mentorica: doc. dr. Maja Bjelošević Žiberna</w:t>
      </w:r>
    </w:p>
    <w:p w14:paraId="721540FE" w14:textId="77777777" w:rsidR="003D7335" w:rsidRPr="009009F4" w:rsidRDefault="003D7335" w:rsidP="003D7335">
      <w:pPr>
        <w:rPr>
          <w:lang w:val="sl-SI"/>
        </w:rPr>
      </w:pPr>
    </w:p>
    <w:p w14:paraId="346B3B9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lastRenderedPageBreak/>
        <w:t>Matic Jelen</w:t>
      </w:r>
    </w:p>
    <w:p w14:paraId="10D92E1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Zdravstvena fakulteta, Univerza v Ljubljani</w:t>
      </w:r>
    </w:p>
    <w:p w14:paraId="76C9672A" w14:textId="4552A6C3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</w:t>
      </w:r>
      <w:r w:rsidR="00662FCF">
        <w:rPr>
          <w:lang w:val="sl-SI"/>
        </w:rPr>
        <w:t>ce</w:t>
      </w:r>
      <w:r w:rsidRPr="009009F4">
        <w:rPr>
          <w:lang w:val="sl-SI"/>
        </w:rPr>
        <w:t>: izr. prof. dr. Renata Vauhnik, doc. dr. Nataša Kejžar, dr. Daša Weber</w:t>
      </w:r>
    </w:p>
    <w:p w14:paraId="40CA4825" w14:textId="77777777" w:rsidR="003D7335" w:rsidRPr="009009F4" w:rsidRDefault="003D7335" w:rsidP="003D7335">
      <w:pPr>
        <w:rPr>
          <w:lang w:val="sl-SI"/>
        </w:rPr>
      </w:pPr>
    </w:p>
    <w:p w14:paraId="2B3E96C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Maša Kambič</w:t>
      </w:r>
    </w:p>
    <w:p w14:paraId="1B2BE46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7DE62A8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Mentorica: izr. prof. dr. Gabriela </w:t>
      </w:r>
      <w:proofErr w:type="spellStart"/>
      <w:r w:rsidRPr="009009F4">
        <w:rPr>
          <w:lang w:val="sl-SI"/>
        </w:rPr>
        <w:t>Kalčíková</w:t>
      </w:r>
      <w:proofErr w:type="spellEnd"/>
    </w:p>
    <w:p w14:paraId="01FA07C3" w14:textId="77777777" w:rsidR="003D7335" w:rsidRPr="009009F4" w:rsidRDefault="003D7335" w:rsidP="003D7335">
      <w:pPr>
        <w:rPr>
          <w:lang w:val="sl-SI"/>
        </w:rPr>
      </w:pPr>
    </w:p>
    <w:p w14:paraId="7008766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Krištof Kepic</w:t>
      </w:r>
    </w:p>
    <w:p w14:paraId="0FB3B1A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7BB328DC" w14:textId="0ED470A4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Mentorici: prof. dr. Anja Klančnik, dr. Manca Kovač Viršek</w:t>
      </w:r>
    </w:p>
    <w:p w14:paraId="23336DEB" w14:textId="77777777" w:rsidR="003D7335" w:rsidRPr="009009F4" w:rsidRDefault="003D7335" w:rsidP="003D7335">
      <w:pPr>
        <w:rPr>
          <w:lang w:val="sl-SI"/>
        </w:rPr>
      </w:pPr>
    </w:p>
    <w:p w14:paraId="070C9CB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Maša Klarič</w:t>
      </w:r>
    </w:p>
    <w:p w14:paraId="09E5429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3B379AF4" w14:textId="0E5D0635" w:rsidR="003D7335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Janez </w:t>
      </w:r>
      <w:r w:rsidRPr="005D0F28">
        <w:rPr>
          <w:lang w:val="sl-SI"/>
        </w:rPr>
        <w:t>Mravljak, dr. Andraž Lamut</w:t>
      </w:r>
    </w:p>
    <w:p w14:paraId="094FC96B" w14:textId="77777777" w:rsidR="005126DB" w:rsidRDefault="005126DB" w:rsidP="003D7335">
      <w:pPr>
        <w:rPr>
          <w:b/>
          <w:lang w:val="sl-SI"/>
        </w:rPr>
      </w:pPr>
    </w:p>
    <w:p w14:paraId="42CF905D" w14:textId="3F0A4D99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Tajda Klemen</w:t>
      </w:r>
    </w:p>
    <w:p w14:paraId="2FE225D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11D26BB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Bogdan Štefane</w:t>
      </w:r>
    </w:p>
    <w:p w14:paraId="6CA3BB77" w14:textId="77777777" w:rsidR="003D7335" w:rsidRPr="009009F4" w:rsidRDefault="003D7335" w:rsidP="003D7335">
      <w:pPr>
        <w:rPr>
          <w:lang w:val="sl-SI"/>
        </w:rPr>
      </w:pPr>
    </w:p>
    <w:p w14:paraId="605BC7E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Maja Klemen</w:t>
      </w:r>
    </w:p>
    <w:p w14:paraId="3C0FE21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418D8220" w14:textId="205084AC" w:rsidR="00FF5C3E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Nataša </w:t>
      </w:r>
      <w:proofErr w:type="spellStart"/>
      <w:r w:rsidRPr="009009F4">
        <w:rPr>
          <w:lang w:val="sl-SI"/>
        </w:rPr>
        <w:t>Karas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Kuželički</w:t>
      </w:r>
      <w:proofErr w:type="spellEnd"/>
      <w:r w:rsidRPr="009009F4">
        <w:rPr>
          <w:lang w:val="sl-SI"/>
        </w:rPr>
        <w:t xml:space="preserve">, dr. </w:t>
      </w:r>
      <w:proofErr w:type="spellStart"/>
      <w:r w:rsidRPr="009009F4">
        <w:rPr>
          <w:lang w:val="sl-SI"/>
        </w:rPr>
        <w:t>Tijana</w:t>
      </w:r>
      <w:proofErr w:type="spellEnd"/>
      <w:r w:rsidRPr="009009F4">
        <w:rPr>
          <w:lang w:val="sl-SI"/>
        </w:rPr>
        <w:t xml:space="preserve"> Markovič</w:t>
      </w:r>
    </w:p>
    <w:p w14:paraId="2E19BB75" w14:textId="77777777" w:rsidR="00F12BED" w:rsidRPr="005D0F28" w:rsidRDefault="00F12BED" w:rsidP="00F12BED">
      <w:pPr>
        <w:rPr>
          <w:b/>
          <w:bCs/>
          <w:lang w:val="sl-SI"/>
        </w:rPr>
      </w:pPr>
    </w:p>
    <w:p w14:paraId="4D451483" w14:textId="34369C5F" w:rsidR="00F12BED" w:rsidRPr="005D0F28" w:rsidRDefault="00F12BED" w:rsidP="00F12BED">
      <w:pPr>
        <w:rPr>
          <w:lang w:val="sl-SI"/>
        </w:rPr>
      </w:pPr>
      <w:r w:rsidRPr="005D0F28">
        <w:rPr>
          <w:b/>
          <w:bCs/>
          <w:lang w:val="sl-SI"/>
        </w:rPr>
        <w:t>Ana Klinc</w:t>
      </w:r>
    </w:p>
    <w:p w14:paraId="6E30C592" w14:textId="77777777" w:rsidR="00F12BED" w:rsidRPr="005D0F28" w:rsidRDefault="00F12BED" w:rsidP="00F12BED">
      <w:pPr>
        <w:rPr>
          <w:lang w:val="sl-SI"/>
        </w:rPr>
      </w:pPr>
      <w:r w:rsidRPr="005D0F28">
        <w:rPr>
          <w:lang w:val="sl-SI"/>
        </w:rPr>
        <w:t>Medicinska fakulteta, Univerza v Ljubljani</w:t>
      </w:r>
    </w:p>
    <w:p w14:paraId="60186607" w14:textId="77777777" w:rsidR="00F12BED" w:rsidRPr="00E11AC2" w:rsidRDefault="00F12BED" w:rsidP="00F12BED">
      <w:pPr>
        <w:rPr>
          <w:lang w:val="sl-SI"/>
        </w:rPr>
      </w:pPr>
      <w:r w:rsidRPr="005D0F28">
        <w:rPr>
          <w:lang w:val="sl-SI"/>
        </w:rPr>
        <w:lastRenderedPageBreak/>
        <w:t>Mentorja: prof. dr. Mojca Jensterle Sever, Rok Herman</w:t>
      </w:r>
    </w:p>
    <w:p w14:paraId="7B68810D" w14:textId="77777777" w:rsidR="007C0324" w:rsidRPr="009009F4" w:rsidRDefault="007C0324" w:rsidP="003D7335">
      <w:pPr>
        <w:rPr>
          <w:lang w:val="sl-SI"/>
        </w:rPr>
      </w:pPr>
    </w:p>
    <w:p w14:paraId="18DB5980" w14:textId="77777777" w:rsidR="003D7335" w:rsidRPr="009009F4" w:rsidRDefault="003D7335" w:rsidP="003D7335">
      <w:pPr>
        <w:rPr>
          <w:lang w:val="sl-SI"/>
        </w:rPr>
      </w:pPr>
      <w:proofErr w:type="spellStart"/>
      <w:r w:rsidRPr="009009F4">
        <w:rPr>
          <w:b/>
          <w:lang w:val="sl-SI"/>
        </w:rPr>
        <w:t>Anej</w:t>
      </w:r>
      <w:proofErr w:type="spellEnd"/>
      <w:r w:rsidRPr="009009F4">
        <w:rPr>
          <w:b/>
          <w:lang w:val="sl-SI"/>
        </w:rPr>
        <w:t xml:space="preserve"> Kos</w:t>
      </w:r>
    </w:p>
    <w:p w14:paraId="320530D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0C2F311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prof. dr. Darko Goričanec, Klemen Rola</w:t>
      </w:r>
    </w:p>
    <w:p w14:paraId="097B5E22" w14:textId="77777777" w:rsidR="003D7335" w:rsidRPr="009009F4" w:rsidRDefault="003D7335" w:rsidP="003D7335">
      <w:pPr>
        <w:rPr>
          <w:lang w:val="sl-SI"/>
        </w:rPr>
      </w:pPr>
    </w:p>
    <w:p w14:paraId="5CD6EDDB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Blaž </w:t>
      </w:r>
      <w:proofErr w:type="spellStart"/>
      <w:r w:rsidRPr="009009F4">
        <w:rPr>
          <w:b/>
          <w:lang w:val="sl-SI"/>
        </w:rPr>
        <w:t>Kuster</w:t>
      </w:r>
      <w:proofErr w:type="spellEnd"/>
    </w:p>
    <w:p w14:paraId="3C6FCA8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27BA0420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Evgen Benedik, doc. dr. Uroš </w:t>
      </w:r>
      <w:proofErr w:type="spellStart"/>
      <w:r w:rsidRPr="009009F4">
        <w:rPr>
          <w:lang w:val="sl-SI"/>
        </w:rPr>
        <w:t>Godnov</w:t>
      </w:r>
      <w:proofErr w:type="spellEnd"/>
    </w:p>
    <w:p w14:paraId="263CF9FF" w14:textId="77777777" w:rsidR="003D7335" w:rsidRPr="009009F4" w:rsidRDefault="003D7335" w:rsidP="003D7335">
      <w:pPr>
        <w:rPr>
          <w:lang w:val="sl-SI"/>
        </w:rPr>
      </w:pPr>
    </w:p>
    <w:p w14:paraId="0C4F7239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Patricija Lakner</w:t>
      </w:r>
    </w:p>
    <w:p w14:paraId="5EDDAC3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79251DC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doc. dr. Primož </w:t>
      </w:r>
      <w:proofErr w:type="spellStart"/>
      <w:r w:rsidRPr="009009F4">
        <w:rPr>
          <w:lang w:val="sl-SI"/>
        </w:rPr>
        <w:t>Treven</w:t>
      </w:r>
      <w:proofErr w:type="spellEnd"/>
      <w:r w:rsidRPr="009009F4">
        <w:rPr>
          <w:lang w:val="sl-SI"/>
        </w:rPr>
        <w:t xml:space="preserve">, prof. dr. Sabina </w:t>
      </w:r>
      <w:proofErr w:type="spellStart"/>
      <w:r w:rsidRPr="009009F4">
        <w:rPr>
          <w:lang w:val="sl-SI"/>
        </w:rPr>
        <w:t>Fijan</w:t>
      </w:r>
      <w:proofErr w:type="spellEnd"/>
    </w:p>
    <w:p w14:paraId="1FF3A2E0" w14:textId="77777777" w:rsidR="003D7335" w:rsidRPr="009009F4" w:rsidRDefault="003D7335" w:rsidP="003D7335">
      <w:pPr>
        <w:rPr>
          <w:lang w:val="sl-SI"/>
        </w:rPr>
      </w:pPr>
    </w:p>
    <w:p w14:paraId="60BC278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Martina Lenček</w:t>
      </w:r>
    </w:p>
    <w:p w14:paraId="2D45D3D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6ADDB35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Mirjam </w:t>
      </w:r>
      <w:proofErr w:type="spellStart"/>
      <w:r w:rsidRPr="009009F4">
        <w:rPr>
          <w:lang w:val="sl-SI"/>
        </w:rPr>
        <w:t>Gosenca</w:t>
      </w:r>
      <w:proofErr w:type="spellEnd"/>
      <w:r w:rsidRPr="009009F4">
        <w:rPr>
          <w:lang w:val="sl-SI"/>
        </w:rPr>
        <w:t xml:space="preserve"> Matjaž, Monik</w:t>
      </w:r>
      <w:r w:rsidRPr="006D5A94">
        <w:rPr>
          <w:lang w:val="sl-SI"/>
        </w:rPr>
        <w:t>a Prašnikar</w:t>
      </w:r>
    </w:p>
    <w:p w14:paraId="56367D61" w14:textId="77777777" w:rsidR="003D7335" w:rsidRPr="009009F4" w:rsidRDefault="003D7335" w:rsidP="003D7335">
      <w:pPr>
        <w:rPr>
          <w:lang w:val="sl-SI"/>
        </w:rPr>
      </w:pPr>
    </w:p>
    <w:p w14:paraId="0374CB7B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Lea Lončar</w:t>
      </w:r>
    </w:p>
    <w:p w14:paraId="32AEEDF9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Naravoslovnotehniška fakulteta, Univerza v Ljubljani</w:t>
      </w:r>
    </w:p>
    <w:p w14:paraId="28443C13" w14:textId="67DDA05F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Andraž Kocjan, prof. dr. Boštjan </w:t>
      </w:r>
      <w:proofErr w:type="spellStart"/>
      <w:r w:rsidRPr="009009F4">
        <w:rPr>
          <w:lang w:val="sl-SI"/>
        </w:rPr>
        <w:t>Markoli</w:t>
      </w:r>
      <w:proofErr w:type="spellEnd"/>
    </w:p>
    <w:p w14:paraId="5CC17C44" w14:textId="77777777" w:rsidR="003D7335" w:rsidRPr="009009F4" w:rsidRDefault="003D7335" w:rsidP="003D7335">
      <w:pPr>
        <w:rPr>
          <w:lang w:val="sl-SI"/>
        </w:rPr>
      </w:pPr>
    </w:p>
    <w:p w14:paraId="05C934F8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Patricia Luštek</w:t>
      </w:r>
    </w:p>
    <w:p w14:paraId="1301AFA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42BCCE9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doc. dr. Jurij Trontelj, prof. dr. Tomaž Vovk</w:t>
      </w:r>
    </w:p>
    <w:p w14:paraId="33814A3D" w14:textId="77777777" w:rsidR="00FF5C3E" w:rsidRPr="009009F4" w:rsidRDefault="00FF5C3E" w:rsidP="003D7335">
      <w:pPr>
        <w:rPr>
          <w:lang w:val="sl-SI"/>
        </w:rPr>
      </w:pPr>
    </w:p>
    <w:p w14:paraId="638732F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lastRenderedPageBreak/>
        <w:t xml:space="preserve">Jure </w:t>
      </w:r>
      <w:proofErr w:type="spellStart"/>
      <w:r w:rsidRPr="009009F4">
        <w:rPr>
          <w:b/>
          <w:lang w:val="sl-SI"/>
        </w:rPr>
        <w:t>Martinuzzi</w:t>
      </w:r>
      <w:proofErr w:type="spellEnd"/>
    </w:p>
    <w:p w14:paraId="54BC03B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4BE6EA87" w14:textId="1648D1A8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</w:t>
      </w:r>
      <w:r w:rsidR="001B2871">
        <w:rPr>
          <w:lang w:val="sl-SI"/>
        </w:rPr>
        <w:t>a</w:t>
      </w:r>
      <w:r w:rsidRPr="009009F4">
        <w:rPr>
          <w:lang w:val="sl-SI"/>
        </w:rPr>
        <w:t xml:space="preserve">: </w:t>
      </w:r>
      <w:r w:rsidRPr="006D5A94">
        <w:rPr>
          <w:lang w:val="sl-SI"/>
        </w:rPr>
        <w:t>prof. dr. Zoran Novak, doc. dr. Milica Pantić</w:t>
      </w:r>
    </w:p>
    <w:p w14:paraId="74C02A96" w14:textId="77777777" w:rsidR="003D7335" w:rsidRPr="009009F4" w:rsidRDefault="003D7335" w:rsidP="003D7335">
      <w:pPr>
        <w:rPr>
          <w:lang w:val="sl-SI"/>
        </w:rPr>
      </w:pPr>
    </w:p>
    <w:p w14:paraId="0B2EABC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Maša Julija Melinc</w:t>
      </w:r>
    </w:p>
    <w:p w14:paraId="188027A4" w14:textId="287EE774" w:rsidR="003D7335" w:rsidRPr="009009F4" w:rsidRDefault="00F81582" w:rsidP="003D7335">
      <w:pPr>
        <w:rPr>
          <w:lang w:val="sl-SI"/>
        </w:rPr>
      </w:pPr>
      <w:r>
        <w:rPr>
          <w:lang w:val="sl-SI"/>
        </w:rPr>
        <w:t xml:space="preserve">Tehnološka univerza v </w:t>
      </w:r>
      <w:proofErr w:type="spellStart"/>
      <w:r w:rsidR="003D7335" w:rsidRPr="009009F4">
        <w:rPr>
          <w:lang w:val="sl-SI"/>
        </w:rPr>
        <w:t>Eindhov</w:t>
      </w:r>
      <w:r>
        <w:rPr>
          <w:lang w:val="sl-SI"/>
        </w:rPr>
        <w:t>nu</w:t>
      </w:r>
      <w:proofErr w:type="spellEnd"/>
    </w:p>
    <w:p w14:paraId="077D833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John van der </w:t>
      </w:r>
      <w:proofErr w:type="spellStart"/>
      <w:r w:rsidRPr="009009F4">
        <w:rPr>
          <w:lang w:val="sl-SI"/>
        </w:rPr>
        <w:t>Schaaf</w:t>
      </w:r>
      <w:proofErr w:type="spellEnd"/>
      <w:r w:rsidRPr="009009F4">
        <w:rPr>
          <w:lang w:val="sl-SI"/>
        </w:rPr>
        <w:t>, dr. Judith van Gorp</w:t>
      </w:r>
    </w:p>
    <w:p w14:paraId="751F9724" w14:textId="77777777" w:rsidR="003D7335" w:rsidRPr="009009F4" w:rsidRDefault="003D7335" w:rsidP="003D7335">
      <w:pPr>
        <w:rPr>
          <w:lang w:val="sl-SI"/>
        </w:rPr>
      </w:pPr>
    </w:p>
    <w:p w14:paraId="57F628D4" w14:textId="77777777" w:rsidR="003D7335" w:rsidRPr="009009F4" w:rsidRDefault="003D7335" w:rsidP="003D7335">
      <w:pPr>
        <w:rPr>
          <w:lang w:val="sl-SI"/>
        </w:rPr>
      </w:pPr>
      <w:proofErr w:type="spellStart"/>
      <w:r w:rsidRPr="009009F4">
        <w:rPr>
          <w:b/>
          <w:lang w:val="sl-SI"/>
        </w:rPr>
        <w:t>Amadeja</w:t>
      </w:r>
      <w:proofErr w:type="spellEnd"/>
      <w:r w:rsidRPr="009009F4">
        <w:rPr>
          <w:b/>
          <w:lang w:val="sl-SI"/>
        </w:rPr>
        <w:t xml:space="preserve"> Mencin</w:t>
      </w:r>
    </w:p>
    <w:p w14:paraId="1989247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3D48755F" w14:textId="4A02CA92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doc. dr. Urša Pečar Fonović, </w:t>
      </w:r>
      <w:r w:rsidRPr="006D5A94">
        <w:rPr>
          <w:lang w:val="sl-SI"/>
        </w:rPr>
        <w:t xml:space="preserve">Jernej </w:t>
      </w:r>
      <w:proofErr w:type="spellStart"/>
      <w:r w:rsidRPr="006D5A94">
        <w:rPr>
          <w:lang w:val="sl-SI"/>
        </w:rPr>
        <w:t>Cingl</w:t>
      </w:r>
      <w:proofErr w:type="spellEnd"/>
    </w:p>
    <w:p w14:paraId="1FCB8153" w14:textId="77777777" w:rsidR="003D7335" w:rsidRPr="009009F4" w:rsidRDefault="003D7335" w:rsidP="003D7335">
      <w:pPr>
        <w:rPr>
          <w:lang w:val="sl-SI"/>
        </w:rPr>
      </w:pPr>
    </w:p>
    <w:p w14:paraId="5D2D0F63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Andrej </w:t>
      </w:r>
      <w:proofErr w:type="spellStart"/>
      <w:r w:rsidRPr="009009F4">
        <w:rPr>
          <w:b/>
          <w:lang w:val="sl-SI"/>
        </w:rPr>
        <w:t>Milisavljević</w:t>
      </w:r>
      <w:proofErr w:type="spellEnd"/>
    </w:p>
    <w:p w14:paraId="24B438A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Fakulteta za matematiko, naravoslovje in informacijske tehnologije, Univerza na Primorskem </w:t>
      </w:r>
    </w:p>
    <w:p w14:paraId="30EF64B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Marko Jukić, izr. prof. dr. Jure </w:t>
      </w:r>
      <w:proofErr w:type="spellStart"/>
      <w:r w:rsidRPr="009009F4">
        <w:rPr>
          <w:lang w:val="sl-SI"/>
        </w:rPr>
        <w:t>Pražnikar</w:t>
      </w:r>
      <w:proofErr w:type="spellEnd"/>
    </w:p>
    <w:p w14:paraId="6AF8BEB0" w14:textId="77777777" w:rsidR="003D7335" w:rsidRPr="009009F4" w:rsidRDefault="003D7335" w:rsidP="003D7335">
      <w:pPr>
        <w:rPr>
          <w:lang w:val="sl-SI"/>
        </w:rPr>
      </w:pPr>
    </w:p>
    <w:p w14:paraId="63B854D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Mia Mlakar</w:t>
      </w:r>
    </w:p>
    <w:p w14:paraId="319B42A0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7655D7D9" w14:textId="27821C0B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</w:t>
      </w:r>
      <w:r w:rsidR="008808E2">
        <w:rPr>
          <w:lang w:val="sl-SI"/>
        </w:rPr>
        <w:t>ici</w:t>
      </w:r>
      <w:r w:rsidRPr="009009F4">
        <w:rPr>
          <w:lang w:val="sl-SI"/>
        </w:rPr>
        <w:t xml:space="preserve">: izr. prof. dr. Mirjam </w:t>
      </w:r>
      <w:proofErr w:type="spellStart"/>
      <w:r w:rsidRPr="009009F4">
        <w:rPr>
          <w:lang w:val="sl-SI"/>
        </w:rPr>
        <w:t>Gosenca</w:t>
      </w:r>
      <w:proofErr w:type="spellEnd"/>
      <w:r w:rsidRPr="009009F4">
        <w:rPr>
          <w:lang w:val="sl-SI"/>
        </w:rPr>
        <w:t xml:space="preserve"> Matjaž, Monika Prašnikar</w:t>
      </w:r>
    </w:p>
    <w:p w14:paraId="56323E9D" w14:textId="77777777" w:rsidR="003D7335" w:rsidRPr="009009F4" w:rsidRDefault="003D7335" w:rsidP="003D7335">
      <w:pPr>
        <w:rPr>
          <w:lang w:val="sl-SI"/>
        </w:rPr>
      </w:pPr>
    </w:p>
    <w:p w14:paraId="564694F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Gašper Možina</w:t>
      </w:r>
    </w:p>
    <w:p w14:paraId="77A007BB" w14:textId="5CA6A3E1" w:rsidR="00842A5F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  <w:r w:rsidR="001A0013">
        <w:rPr>
          <w:lang w:val="sl-SI"/>
        </w:rPr>
        <w:t xml:space="preserve">, </w:t>
      </w:r>
      <w:proofErr w:type="spellStart"/>
      <w:r w:rsidR="00842A5F" w:rsidRPr="00842A5F">
        <w:t>Kemijski</w:t>
      </w:r>
      <w:proofErr w:type="spellEnd"/>
      <w:r w:rsidR="00842A5F" w:rsidRPr="00842A5F">
        <w:t xml:space="preserve"> </w:t>
      </w:r>
      <w:proofErr w:type="spellStart"/>
      <w:r w:rsidR="00842A5F" w:rsidRPr="00842A5F">
        <w:t>inštitut</w:t>
      </w:r>
      <w:proofErr w:type="spellEnd"/>
      <w:r w:rsidR="001426AA">
        <w:t>, Ljubljana</w:t>
      </w:r>
    </w:p>
    <w:p w14:paraId="0A7380F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Mentorici: dr. Taja Železnik Ramuta, doc. dr. Vera Župunski</w:t>
      </w:r>
    </w:p>
    <w:p w14:paraId="32B0727E" w14:textId="77777777" w:rsidR="00FF5C3E" w:rsidRPr="009009F4" w:rsidRDefault="00FF5C3E" w:rsidP="003D7335">
      <w:pPr>
        <w:rPr>
          <w:lang w:val="sl-SI"/>
        </w:rPr>
      </w:pPr>
    </w:p>
    <w:p w14:paraId="0656226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Ema </w:t>
      </w:r>
      <w:proofErr w:type="spellStart"/>
      <w:r w:rsidRPr="009009F4">
        <w:rPr>
          <w:b/>
          <w:lang w:val="sl-SI"/>
        </w:rPr>
        <w:t>Mujakić</w:t>
      </w:r>
      <w:proofErr w:type="spellEnd"/>
    </w:p>
    <w:p w14:paraId="3171B65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lastRenderedPageBreak/>
        <w:t>Biotehniška fakulteta, Univerza v Ljubljani</w:t>
      </w:r>
    </w:p>
    <w:p w14:paraId="726CC593" w14:textId="68222950" w:rsidR="003D7335" w:rsidRPr="009009F4" w:rsidRDefault="003D7335" w:rsidP="003D7335">
      <w:pPr>
        <w:rPr>
          <w:lang w:val="sl-SI"/>
        </w:rPr>
      </w:pPr>
      <w:r w:rsidRPr="006D5A94">
        <w:rPr>
          <w:lang w:val="sl-SI"/>
        </w:rPr>
        <w:t>Mentorja: izr. prof. dr.</w:t>
      </w:r>
      <w:r w:rsidRPr="009009F4">
        <w:rPr>
          <w:lang w:val="sl-SI"/>
        </w:rPr>
        <w:t xml:space="preserve"> Evgen Benedik, doc. dr. Marko Kavčič</w:t>
      </w:r>
    </w:p>
    <w:p w14:paraId="51E48B6B" w14:textId="77777777" w:rsidR="003D7335" w:rsidRPr="009009F4" w:rsidRDefault="003D7335" w:rsidP="003D7335">
      <w:pPr>
        <w:rPr>
          <w:lang w:val="sl-SI"/>
        </w:rPr>
      </w:pPr>
    </w:p>
    <w:p w14:paraId="47C55AD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Tim Orin Orešič</w:t>
      </w:r>
    </w:p>
    <w:p w14:paraId="3BD380D5" w14:textId="4D71A2E8" w:rsidR="002D659D" w:rsidRPr="009009F4" w:rsidRDefault="003D7335" w:rsidP="00055A56">
      <w:pPr>
        <w:spacing w:after="0"/>
        <w:rPr>
          <w:lang w:val="sl-SI"/>
        </w:rPr>
      </w:pPr>
      <w:r w:rsidRPr="009009F4">
        <w:rPr>
          <w:lang w:val="sl-SI"/>
        </w:rPr>
        <w:t>Biotehniška fakulteta, Univerza v Ljubljani</w:t>
      </w:r>
      <w:r w:rsidR="001E6B68">
        <w:rPr>
          <w:lang w:val="sl-SI"/>
        </w:rPr>
        <w:t>,</w:t>
      </w:r>
      <w:r w:rsidR="00055A56" w:rsidRPr="00055A56">
        <w:t xml:space="preserve"> </w:t>
      </w:r>
      <w:r w:rsidR="00055A56" w:rsidRPr="00055A56">
        <w:rPr>
          <w:lang w:val="sl-SI"/>
        </w:rPr>
        <w:t xml:space="preserve">Fakulteta za naravoslovje in tehnologijo, Univerza v </w:t>
      </w:r>
      <w:proofErr w:type="spellStart"/>
      <w:r w:rsidR="00055A56" w:rsidRPr="00055A56">
        <w:rPr>
          <w:lang w:val="sl-SI"/>
        </w:rPr>
        <w:t>Örebru</w:t>
      </w:r>
      <w:proofErr w:type="spellEnd"/>
      <w:r w:rsidR="001E6B68">
        <w:rPr>
          <w:lang w:val="sl-SI"/>
        </w:rPr>
        <w:t xml:space="preserve"> </w:t>
      </w:r>
    </w:p>
    <w:p w14:paraId="52F38193" w14:textId="579CE83A" w:rsidR="003D7335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Uroš Petrovič, prof. dr. </w:t>
      </w:r>
      <w:proofErr w:type="spellStart"/>
      <w:r w:rsidRPr="009009F4">
        <w:rPr>
          <w:lang w:val="sl-SI"/>
        </w:rPr>
        <w:t>Tuulia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Hyötyläinen</w:t>
      </w:r>
      <w:proofErr w:type="spellEnd"/>
    </w:p>
    <w:p w14:paraId="5FB0D287" w14:textId="77777777" w:rsidR="00055A56" w:rsidRPr="009009F4" w:rsidRDefault="00055A56" w:rsidP="003D7335">
      <w:pPr>
        <w:rPr>
          <w:lang w:val="sl-SI"/>
        </w:rPr>
      </w:pPr>
    </w:p>
    <w:p w14:paraId="62BEC83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Tilen </w:t>
      </w:r>
      <w:proofErr w:type="spellStart"/>
      <w:r w:rsidRPr="009009F4">
        <w:rPr>
          <w:b/>
          <w:lang w:val="sl-SI"/>
        </w:rPr>
        <w:t>Papec</w:t>
      </w:r>
      <w:proofErr w:type="spellEnd"/>
    </w:p>
    <w:p w14:paraId="4C1370F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20E2B50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izr. prof. dr. Damijan Knez</w:t>
      </w:r>
    </w:p>
    <w:p w14:paraId="34470DC8" w14:textId="77777777" w:rsidR="003D7335" w:rsidRPr="009009F4" w:rsidRDefault="003D7335" w:rsidP="003D7335">
      <w:pPr>
        <w:rPr>
          <w:lang w:val="sl-SI"/>
        </w:rPr>
      </w:pPr>
    </w:p>
    <w:p w14:paraId="24E87565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Marko Pavlović</w:t>
      </w:r>
    </w:p>
    <w:p w14:paraId="04EC5EF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7B03D0D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Zoran Novak, dr. </w:t>
      </w:r>
      <w:proofErr w:type="spellStart"/>
      <w:r w:rsidRPr="009009F4">
        <w:rPr>
          <w:lang w:val="sl-SI"/>
        </w:rPr>
        <w:t>Amra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Perva</w:t>
      </w:r>
      <w:proofErr w:type="spellEnd"/>
    </w:p>
    <w:p w14:paraId="5C6FC143" w14:textId="77777777" w:rsidR="003D7335" w:rsidRPr="009009F4" w:rsidRDefault="003D7335" w:rsidP="003D7335">
      <w:pPr>
        <w:rPr>
          <w:lang w:val="sl-SI"/>
        </w:rPr>
      </w:pPr>
    </w:p>
    <w:p w14:paraId="46561C9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Nik Perko</w:t>
      </w:r>
    </w:p>
    <w:p w14:paraId="7094240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2DBB9041" w14:textId="3A770062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Urban Bren, Zala </w:t>
      </w:r>
      <w:proofErr w:type="spellStart"/>
      <w:r w:rsidRPr="009009F4">
        <w:rPr>
          <w:lang w:val="sl-SI"/>
        </w:rPr>
        <w:t>Štukovnik</w:t>
      </w:r>
      <w:proofErr w:type="spellEnd"/>
    </w:p>
    <w:p w14:paraId="0F99C61D" w14:textId="77777777" w:rsidR="003D7335" w:rsidRPr="009009F4" w:rsidRDefault="003D7335" w:rsidP="003D7335">
      <w:pPr>
        <w:rPr>
          <w:lang w:val="sl-SI"/>
        </w:rPr>
      </w:pPr>
    </w:p>
    <w:p w14:paraId="1951F85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Manca Pirc, Špela Plestenjak</w:t>
      </w:r>
    </w:p>
    <w:p w14:paraId="78B1D99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Medicinska fakulteta, Univerza v Ljubljani</w:t>
      </w:r>
    </w:p>
    <w:p w14:paraId="59F5F6A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Mentorici: izr. prof. dr. Katja Goričar, doc. dr. Tanja Marinko</w:t>
      </w:r>
    </w:p>
    <w:p w14:paraId="5929FF62" w14:textId="77777777" w:rsidR="00FF5C3E" w:rsidRPr="009009F4" w:rsidRDefault="00FF5C3E" w:rsidP="003D7335">
      <w:pPr>
        <w:rPr>
          <w:lang w:val="sl-SI"/>
        </w:rPr>
      </w:pPr>
    </w:p>
    <w:p w14:paraId="3FE8FDE6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Martin Podlipec</w:t>
      </w:r>
    </w:p>
    <w:p w14:paraId="686147B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7709AF5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Marjan Jereb</w:t>
      </w:r>
    </w:p>
    <w:p w14:paraId="499897B6" w14:textId="77777777" w:rsidR="003D7335" w:rsidRPr="009009F4" w:rsidRDefault="003D7335" w:rsidP="003D7335">
      <w:pPr>
        <w:rPr>
          <w:lang w:val="sl-SI"/>
        </w:rPr>
      </w:pPr>
    </w:p>
    <w:p w14:paraId="7E010BB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Marina Poznič</w:t>
      </w:r>
    </w:p>
    <w:p w14:paraId="092C3DB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01481FE6" w14:textId="4EB81C1B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Tihomir Tomašič, </w:t>
      </w:r>
      <w:proofErr w:type="spellStart"/>
      <w:r w:rsidRPr="009009F4">
        <w:rPr>
          <w:lang w:val="sl-SI"/>
        </w:rPr>
        <w:t>Marzia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Fois</w:t>
      </w:r>
      <w:proofErr w:type="spellEnd"/>
    </w:p>
    <w:p w14:paraId="46FC778C" w14:textId="77777777" w:rsidR="003D7335" w:rsidRPr="009009F4" w:rsidRDefault="003D7335" w:rsidP="003D7335">
      <w:pPr>
        <w:rPr>
          <w:lang w:val="sl-SI"/>
        </w:rPr>
      </w:pPr>
    </w:p>
    <w:p w14:paraId="5E830A2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Saša Razpotnik</w:t>
      </w:r>
    </w:p>
    <w:p w14:paraId="64296CB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243D37B9" w14:textId="081B1BFE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</w:t>
      </w:r>
      <w:r w:rsidR="00627E75">
        <w:rPr>
          <w:lang w:val="sl-SI"/>
        </w:rPr>
        <w:t>a</w:t>
      </w:r>
      <w:r w:rsidRPr="009009F4">
        <w:rPr>
          <w:lang w:val="sl-SI"/>
        </w:rPr>
        <w:t>: doc. dr. Andrej Emanuel Cotman, Zala Kulovec</w:t>
      </w:r>
    </w:p>
    <w:p w14:paraId="5B8F7C5D" w14:textId="77777777" w:rsidR="003D7335" w:rsidRPr="009009F4" w:rsidRDefault="003D7335" w:rsidP="003D7335">
      <w:pPr>
        <w:rPr>
          <w:lang w:val="sl-SI"/>
        </w:rPr>
      </w:pPr>
    </w:p>
    <w:p w14:paraId="2AA2D28E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Katarina Resnik</w:t>
      </w:r>
    </w:p>
    <w:p w14:paraId="43745219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607E71F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prof. dr. Marija </w:t>
      </w:r>
      <w:proofErr w:type="spellStart"/>
      <w:r w:rsidRPr="009009F4">
        <w:rPr>
          <w:lang w:val="sl-SI"/>
        </w:rPr>
        <w:t>Sollner</w:t>
      </w:r>
      <w:proofErr w:type="spellEnd"/>
      <w:r w:rsidRPr="009009F4">
        <w:rPr>
          <w:lang w:val="sl-SI"/>
        </w:rPr>
        <w:t xml:space="preserve"> Dolenc, dr. </w:t>
      </w:r>
      <w:proofErr w:type="spellStart"/>
      <w:r w:rsidRPr="009009F4">
        <w:rPr>
          <w:lang w:val="sl-SI"/>
        </w:rPr>
        <w:t>Tijana</w:t>
      </w:r>
      <w:proofErr w:type="spellEnd"/>
      <w:r w:rsidRPr="009009F4">
        <w:rPr>
          <w:lang w:val="sl-SI"/>
        </w:rPr>
        <w:t xml:space="preserve"> Markovič</w:t>
      </w:r>
    </w:p>
    <w:p w14:paraId="6DE78F69" w14:textId="77777777" w:rsidR="003D7335" w:rsidRPr="009009F4" w:rsidRDefault="003D7335" w:rsidP="003D7335">
      <w:pPr>
        <w:rPr>
          <w:lang w:val="sl-SI"/>
        </w:rPr>
      </w:pPr>
    </w:p>
    <w:p w14:paraId="6775983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Marija </w:t>
      </w:r>
      <w:proofErr w:type="spellStart"/>
      <w:r w:rsidRPr="009009F4">
        <w:rPr>
          <w:b/>
          <w:lang w:val="sl-SI"/>
        </w:rPr>
        <w:t>Ristovska</w:t>
      </w:r>
      <w:proofErr w:type="spellEnd"/>
    </w:p>
    <w:p w14:paraId="1A00E70F" w14:textId="649858BD" w:rsidR="00B96F8A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  <w:r w:rsidR="001E6B68">
        <w:rPr>
          <w:lang w:val="sl-SI"/>
        </w:rPr>
        <w:t xml:space="preserve">, </w:t>
      </w:r>
      <w:proofErr w:type="spellStart"/>
      <w:r w:rsidR="00B96F8A" w:rsidRPr="00B96F8A">
        <w:t>Kemijski</w:t>
      </w:r>
      <w:proofErr w:type="spellEnd"/>
      <w:r w:rsidR="00B96F8A" w:rsidRPr="00B96F8A">
        <w:t xml:space="preserve"> </w:t>
      </w:r>
      <w:proofErr w:type="spellStart"/>
      <w:r w:rsidR="006B72A4">
        <w:t>i</w:t>
      </w:r>
      <w:r w:rsidR="00B96F8A" w:rsidRPr="00B96F8A">
        <w:t>nštitut</w:t>
      </w:r>
      <w:proofErr w:type="spellEnd"/>
      <w:r w:rsidR="0004113F">
        <w:t>, Ljubljana</w:t>
      </w:r>
    </w:p>
    <w:p w14:paraId="691EDE47" w14:textId="130DA423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Blaž Likozar, dr. </w:t>
      </w:r>
      <w:proofErr w:type="spellStart"/>
      <w:r w:rsidRPr="009009F4">
        <w:rPr>
          <w:lang w:val="sl-SI"/>
        </w:rPr>
        <w:t>Giorgio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Tofani</w:t>
      </w:r>
      <w:proofErr w:type="spellEnd"/>
    </w:p>
    <w:p w14:paraId="0365930D" w14:textId="77777777" w:rsidR="003D7335" w:rsidRPr="009009F4" w:rsidRDefault="003D7335" w:rsidP="003D7335">
      <w:pPr>
        <w:rPr>
          <w:lang w:val="sl-SI"/>
        </w:rPr>
      </w:pPr>
    </w:p>
    <w:p w14:paraId="6AC70E05" w14:textId="77777777" w:rsidR="003D7335" w:rsidRPr="009009F4" w:rsidRDefault="003D7335" w:rsidP="003D7335">
      <w:pPr>
        <w:rPr>
          <w:lang w:val="sl-SI"/>
        </w:rPr>
      </w:pPr>
      <w:proofErr w:type="spellStart"/>
      <w:r w:rsidRPr="009009F4">
        <w:rPr>
          <w:b/>
          <w:lang w:val="sl-SI"/>
        </w:rPr>
        <w:t>Aleksandar</w:t>
      </w:r>
      <w:proofErr w:type="spellEnd"/>
      <w:r w:rsidRPr="009009F4">
        <w:rPr>
          <w:b/>
          <w:lang w:val="sl-SI"/>
        </w:rPr>
        <w:t xml:space="preserve"> </w:t>
      </w:r>
      <w:proofErr w:type="spellStart"/>
      <w:r w:rsidRPr="009009F4">
        <w:rPr>
          <w:b/>
          <w:lang w:val="sl-SI"/>
        </w:rPr>
        <w:t>Sarić</w:t>
      </w:r>
      <w:proofErr w:type="spellEnd"/>
    </w:p>
    <w:p w14:paraId="7171CDC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elektrotehniko, Univerza v Ljubljani</w:t>
      </w:r>
    </w:p>
    <w:p w14:paraId="35F01DC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Lea Rems, Lana </w:t>
      </w:r>
      <w:proofErr w:type="spellStart"/>
      <w:r w:rsidRPr="009009F4">
        <w:rPr>
          <w:lang w:val="sl-SI"/>
        </w:rPr>
        <w:t>Balentović</w:t>
      </w:r>
      <w:proofErr w:type="spellEnd"/>
    </w:p>
    <w:p w14:paraId="57369752" w14:textId="77777777" w:rsidR="00FF5C3E" w:rsidRPr="009009F4" w:rsidRDefault="00FF5C3E" w:rsidP="003D7335">
      <w:pPr>
        <w:rPr>
          <w:lang w:val="sl-SI"/>
        </w:rPr>
      </w:pPr>
    </w:p>
    <w:p w14:paraId="22382528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Vid Sever</w:t>
      </w:r>
    </w:p>
    <w:p w14:paraId="5EF63B4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274D2B80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Stanislav </w:t>
      </w:r>
      <w:r w:rsidRPr="006D5A94">
        <w:rPr>
          <w:lang w:val="sl-SI"/>
        </w:rPr>
        <w:t>Gobec, doc. dr. Alen Krajnc</w:t>
      </w:r>
    </w:p>
    <w:p w14:paraId="568A8805" w14:textId="77777777" w:rsidR="003D7335" w:rsidRPr="009009F4" w:rsidRDefault="003D7335" w:rsidP="003D7335">
      <w:pPr>
        <w:rPr>
          <w:lang w:val="sl-SI"/>
        </w:rPr>
      </w:pPr>
    </w:p>
    <w:p w14:paraId="1B90FC5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lastRenderedPageBreak/>
        <w:t>Maša Starman</w:t>
      </w:r>
    </w:p>
    <w:p w14:paraId="242D44E3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77B8838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izr. prof. dr. Miha Modic</w:t>
      </w:r>
    </w:p>
    <w:p w14:paraId="7C9B457B" w14:textId="77777777" w:rsidR="003D7335" w:rsidRPr="009009F4" w:rsidRDefault="003D7335" w:rsidP="003D7335">
      <w:pPr>
        <w:rPr>
          <w:lang w:val="sl-SI"/>
        </w:rPr>
      </w:pPr>
    </w:p>
    <w:p w14:paraId="6BC585B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Eva Šalamon</w:t>
      </w:r>
    </w:p>
    <w:p w14:paraId="13A82F2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3624B08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izr. prof. dr. Stane Pajk, dr. Hana Kokot</w:t>
      </w:r>
    </w:p>
    <w:p w14:paraId="3894CC9D" w14:textId="77777777" w:rsidR="003D7335" w:rsidRPr="009009F4" w:rsidRDefault="003D7335" w:rsidP="003D7335">
      <w:pPr>
        <w:rPr>
          <w:lang w:val="sl-SI"/>
        </w:rPr>
      </w:pPr>
    </w:p>
    <w:p w14:paraId="3F7A64E6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Neža Šavs </w:t>
      </w:r>
      <w:proofErr w:type="spellStart"/>
      <w:r w:rsidRPr="009009F4">
        <w:rPr>
          <w:b/>
          <w:lang w:val="sl-SI"/>
        </w:rPr>
        <w:t>Vračar</w:t>
      </w:r>
      <w:proofErr w:type="spellEnd"/>
    </w:p>
    <w:p w14:paraId="557D986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4E4D9BB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Mitja Kos</w:t>
      </w:r>
    </w:p>
    <w:p w14:paraId="3FA392C3" w14:textId="77777777" w:rsidR="009E335F" w:rsidRDefault="009E335F" w:rsidP="009E335F">
      <w:pPr>
        <w:rPr>
          <w:b/>
          <w:bCs/>
          <w:highlight w:val="yellow"/>
          <w:lang w:val="sl-SI"/>
        </w:rPr>
      </w:pPr>
    </w:p>
    <w:p w14:paraId="25DE81AB" w14:textId="3E362E86" w:rsidR="009E335F" w:rsidRPr="006D5A94" w:rsidRDefault="009E335F" w:rsidP="009E335F">
      <w:pPr>
        <w:rPr>
          <w:lang w:val="sl-SI"/>
        </w:rPr>
      </w:pPr>
      <w:r w:rsidRPr="006D5A94">
        <w:rPr>
          <w:b/>
          <w:bCs/>
          <w:lang w:val="sl-SI"/>
        </w:rPr>
        <w:t>Manca Škulj</w:t>
      </w:r>
    </w:p>
    <w:p w14:paraId="64214B45" w14:textId="77777777" w:rsidR="009E335F" w:rsidRPr="006D5A94" w:rsidRDefault="009E335F" w:rsidP="009E335F">
      <w:pPr>
        <w:rPr>
          <w:lang w:val="sl-SI"/>
        </w:rPr>
      </w:pPr>
      <w:r w:rsidRPr="006D5A94">
        <w:rPr>
          <w:lang w:val="sl-SI"/>
        </w:rPr>
        <w:t>Medicinska fakulteta, Univerza v Ljubljani</w:t>
      </w:r>
    </w:p>
    <w:p w14:paraId="6C518136" w14:textId="77777777" w:rsidR="009E335F" w:rsidRPr="009009F4" w:rsidRDefault="009E335F" w:rsidP="009E335F">
      <w:pPr>
        <w:rPr>
          <w:lang w:val="sl-SI"/>
        </w:rPr>
      </w:pPr>
      <w:r w:rsidRPr="006D5A94">
        <w:rPr>
          <w:lang w:val="sl-SI"/>
        </w:rPr>
        <w:t>Mentorja: izr. prof. dr. Mateja Dolenc Voljč, dr. Bor Hrvatin Stančič</w:t>
      </w:r>
    </w:p>
    <w:p w14:paraId="125C6B18" w14:textId="77777777" w:rsidR="003D7335" w:rsidRPr="009009F4" w:rsidRDefault="003D7335" w:rsidP="003D7335">
      <w:pPr>
        <w:rPr>
          <w:lang w:val="sl-SI"/>
        </w:rPr>
      </w:pPr>
    </w:p>
    <w:p w14:paraId="7E852B7E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Eva </w:t>
      </w:r>
      <w:proofErr w:type="spellStart"/>
      <w:r w:rsidRPr="009009F4">
        <w:rPr>
          <w:b/>
          <w:lang w:val="sl-SI"/>
        </w:rPr>
        <w:t>Špelko</w:t>
      </w:r>
      <w:proofErr w:type="spellEnd"/>
    </w:p>
    <w:p w14:paraId="55E26E5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Zdravstvena fakulteta, Univerza v Ljubljani</w:t>
      </w:r>
    </w:p>
    <w:p w14:paraId="25BDE1C7" w14:textId="0D5E836C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izr. prof. dr. Rok Fink, Manca Lunder</w:t>
      </w:r>
    </w:p>
    <w:p w14:paraId="008B5654" w14:textId="77777777" w:rsidR="003D7335" w:rsidRPr="009009F4" w:rsidRDefault="003D7335" w:rsidP="003D7335">
      <w:pPr>
        <w:rPr>
          <w:lang w:val="sl-SI"/>
        </w:rPr>
      </w:pPr>
    </w:p>
    <w:p w14:paraId="7C7B8F7B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Timotej Šuman</w:t>
      </w:r>
    </w:p>
    <w:p w14:paraId="2B3C600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6EA221DF" w14:textId="4B099F7D" w:rsidR="00FF5C3E" w:rsidRDefault="003D7335" w:rsidP="003D7335">
      <w:pPr>
        <w:rPr>
          <w:lang w:val="sl-SI"/>
        </w:rPr>
      </w:pPr>
      <w:r w:rsidRPr="009009F4">
        <w:rPr>
          <w:lang w:val="sl-SI"/>
        </w:rPr>
        <w:t>Mentor: prof. dr. Uroš Grošelj</w:t>
      </w:r>
    </w:p>
    <w:p w14:paraId="4C3999F0" w14:textId="77777777" w:rsidR="001E6B68" w:rsidRPr="009009F4" w:rsidRDefault="001E6B68" w:rsidP="003D7335">
      <w:pPr>
        <w:rPr>
          <w:lang w:val="sl-SI"/>
        </w:rPr>
      </w:pPr>
    </w:p>
    <w:p w14:paraId="30D55B2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Sanja Toplak</w:t>
      </w:r>
    </w:p>
    <w:p w14:paraId="79A88574" w14:textId="7A5E3355" w:rsidR="00ED6144" w:rsidRPr="009009F4" w:rsidRDefault="003D7335" w:rsidP="003E32B7">
      <w:pPr>
        <w:spacing w:after="0"/>
        <w:rPr>
          <w:lang w:val="sl-SI"/>
        </w:rPr>
      </w:pPr>
      <w:r w:rsidRPr="009009F4">
        <w:rPr>
          <w:lang w:val="sl-SI"/>
        </w:rPr>
        <w:lastRenderedPageBreak/>
        <w:t>Fakulteta za kemijo in kemijsko tehnologijo, Univerza v Mariboru</w:t>
      </w:r>
      <w:r w:rsidR="001E6B68">
        <w:rPr>
          <w:lang w:val="sl-SI"/>
        </w:rPr>
        <w:t xml:space="preserve">, </w:t>
      </w:r>
      <w:r w:rsidR="003E32B7" w:rsidRPr="003E32B7">
        <w:rPr>
          <w:lang w:val="sl-SI"/>
        </w:rPr>
        <w:t>Naravoslovna fakulteta, Univerza v Lizboni</w:t>
      </w:r>
    </w:p>
    <w:p w14:paraId="52344E52" w14:textId="4D8758E6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</w:t>
      </w:r>
      <w:r w:rsidR="00B00A23">
        <w:rPr>
          <w:lang w:val="sl-SI"/>
        </w:rPr>
        <w:t>i</w:t>
      </w:r>
      <w:r w:rsidRPr="009009F4">
        <w:rPr>
          <w:lang w:val="sl-SI"/>
        </w:rPr>
        <w:t xml:space="preserve">ci: izr. prof. dr. Maša Knez </w:t>
      </w:r>
      <w:proofErr w:type="spellStart"/>
      <w:r w:rsidRPr="009009F4">
        <w:rPr>
          <w:lang w:val="sl-SI"/>
        </w:rPr>
        <w:t>Marevci</w:t>
      </w:r>
      <w:proofErr w:type="spellEnd"/>
      <w:r w:rsidRPr="009009F4">
        <w:rPr>
          <w:lang w:val="sl-SI"/>
        </w:rPr>
        <w:t xml:space="preserve">, izr. prof. dr. Rita Isabel </w:t>
      </w:r>
      <w:proofErr w:type="spellStart"/>
      <w:r w:rsidRPr="009009F4">
        <w:rPr>
          <w:lang w:val="sl-SI"/>
        </w:rPr>
        <w:t>Dias</w:t>
      </w:r>
      <w:proofErr w:type="spellEnd"/>
      <w:r w:rsidRPr="009009F4">
        <w:rPr>
          <w:lang w:val="sl-SI"/>
        </w:rPr>
        <w:t xml:space="preserve"> Pacheco</w:t>
      </w:r>
    </w:p>
    <w:p w14:paraId="3BAD8325" w14:textId="77777777" w:rsidR="003D7335" w:rsidRPr="009009F4" w:rsidRDefault="003D7335" w:rsidP="003D7335">
      <w:pPr>
        <w:rPr>
          <w:lang w:val="sl-SI"/>
        </w:rPr>
      </w:pPr>
    </w:p>
    <w:p w14:paraId="0A8CF6B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John Paul Turk</w:t>
      </w:r>
    </w:p>
    <w:p w14:paraId="5CE2716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76252D7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Nina Kočevar Glavač, doc. dr. Katja </w:t>
      </w:r>
      <w:proofErr w:type="spellStart"/>
      <w:r w:rsidRPr="009009F4">
        <w:rPr>
          <w:lang w:val="sl-SI"/>
        </w:rPr>
        <w:t>Schoss</w:t>
      </w:r>
      <w:proofErr w:type="spellEnd"/>
    </w:p>
    <w:p w14:paraId="0B4F3A01" w14:textId="77777777" w:rsidR="003D7335" w:rsidRPr="009009F4" w:rsidRDefault="003D7335" w:rsidP="003D7335">
      <w:pPr>
        <w:rPr>
          <w:lang w:val="sl-SI"/>
        </w:rPr>
      </w:pPr>
    </w:p>
    <w:p w14:paraId="7970FC5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Neja Turk</w:t>
      </w:r>
    </w:p>
    <w:p w14:paraId="7E8CCC5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Ekonomska fakulteta, Univerza v Ljubljani</w:t>
      </w:r>
    </w:p>
    <w:p w14:paraId="7A8773C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Matej Černe</w:t>
      </w:r>
    </w:p>
    <w:p w14:paraId="39717B3A" w14:textId="77777777" w:rsidR="003D7335" w:rsidRPr="009009F4" w:rsidRDefault="003D7335" w:rsidP="003D7335">
      <w:pPr>
        <w:rPr>
          <w:lang w:val="sl-SI"/>
        </w:rPr>
      </w:pPr>
    </w:p>
    <w:p w14:paraId="5191232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Neja Žnidaršič</w:t>
      </w:r>
    </w:p>
    <w:p w14:paraId="47FD98A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66D54B0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Marko Goličnik</w:t>
      </w:r>
    </w:p>
    <w:p w14:paraId="7527233C" w14:textId="77777777" w:rsidR="009A7B46" w:rsidRPr="009A7B46" w:rsidRDefault="009A7B46">
      <w:pPr>
        <w:rPr>
          <w:lang w:val="sl-SI"/>
        </w:rPr>
      </w:pPr>
    </w:p>
    <w:sectPr w:rsidR="009A7B46" w:rsidRPr="009A7B4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2DB03" w14:textId="77777777" w:rsidR="0013033E" w:rsidRDefault="0013033E" w:rsidP="009766C6">
      <w:pPr>
        <w:spacing w:after="0" w:line="240" w:lineRule="auto"/>
      </w:pPr>
      <w:r>
        <w:separator/>
      </w:r>
    </w:p>
  </w:endnote>
  <w:endnote w:type="continuationSeparator" w:id="0">
    <w:p w14:paraId="1D579717" w14:textId="77777777" w:rsidR="0013033E" w:rsidRDefault="0013033E" w:rsidP="00976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4DB77" w14:textId="77777777" w:rsidR="0013033E" w:rsidRDefault="0013033E" w:rsidP="009766C6">
      <w:pPr>
        <w:spacing w:after="0" w:line="240" w:lineRule="auto"/>
      </w:pPr>
      <w:r>
        <w:separator/>
      </w:r>
    </w:p>
  </w:footnote>
  <w:footnote w:type="continuationSeparator" w:id="0">
    <w:p w14:paraId="6F667FB7" w14:textId="77777777" w:rsidR="0013033E" w:rsidRDefault="0013033E" w:rsidP="00976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027192">
    <w:abstractNumId w:val="8"/>
  </w:num>
  <w:num w:numId="2" w16cid:durableId="377632031">
    <w:abstractNumId w:val="6"/>
  </w:num>
  <w:num w:numId="3" w16cid:durableId="1917393776">
    <w:abstractNumId w:val="5"/>
  </w:num>
  <w:num w:numId="4" w16cid:durableId="1994719442">
    <w:abstractNumId w:val="4"/>
  </w:num>
  <w:num w:numId="5" w16cid:durableId="627588114">
    <w:abstractNumId w:val="7"/>
  </w:num>
  <w:num w:numId="6" w16cid:durableId="558324062">
    <w:abstractNumId w:val="3"/>
  </w:num>
  <w:num w:numId="7" w16cid:durableId="390157869">
    <w:abstractNumId w:val="2"/>
  </w:num>
  <w:num w:numId="8" w16cid:durableId="397634817">
    <w:abstractNumId w:val="1"/>
  </w:num>
  <w:num w:numId="9" w16cid:durableId="140170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B1"/>
    <w:rsid w:val="000155B2"/>
    <w:rsid w:val="00016348"/>
    <w:rsid w:val="00017D1B"/>
    <w:rsid w:val="000249D2"/>
    <w:rsid w:val="00034616"/>
    <w:rsid w:val="0004113F"/>
    <w:rsid w:val="00055A56"/>
    <w:rsid w:val="0006063C"/>
    <w:rsid w:val="00070E87"/>
    <w:rsid w:val="000735FA"/>
    <w:rsid w:val="00084B96"/>
    <w:rsid w:val="0008729D"/>
    <w:rsid w:val="00097B05"/>
    <w:rsid w:val="000C3950"/>
    <w:rsid w:val="000D3869"/>
    <w:rsid w:val="000D6C47"/>
    <w:rsid w:val="000E0656"/>
    <w:rsid w:val="000F3A7B"/>
    <w:rsid w:val="000F656E"/>
    <w:rsid w:val="000F75A3"/>
    <w:rsid w:val="00102E0E"/>
    <w:rsid w:val="001247B6"/>
    <w:rsid w:val="0013033E"/>
    <w:rsid w:val="001341A2"/>
    <w:rsid w:val="00140EB6"/>
    <w:rsid w:val="001426AA"/>
    <w:rsid w:val="00146BAE"/>
    <w:rsid w:val="0015074B"/>
    <w:rsid w:val="00174646"/>
    <w:rsid w:val="00195D8D"/>
    <w:rsid w:val="001A0013"/>
    <w:rsid w:val="001B2871"/>
    <w:rsid w:val="001C0DD8"/>
    <w:rsid w:val="001E218E"/>
    <w:rsid w:val="001E6B68"/>
    <w:rsid w:val="001F7E62"/>
    <w:rsid w:val="00207FE1"/>
    <w:rsid w:val="002242AB"/>
    <w:rsid w:val="0024006E"/>
    <w:rsid w:val="00240541"/>
    <w:rsid w:val="002412F1"/>
    <w:rsid w:val="002512E5"/>
    <w:rsid w:val="002608EA"/>
    <w:rsid w:val="00276C04"/>
    <w:rsid w:val="002815E2"/>
    <w:rsid w:val="00294B93"/>
    <w:rsid w:val="0029639D"/>
    <w:rsid w:val="002A2F35"/>
    <w:rsid w:val="002B614E"/>
    <w:rsid w:val="002C0B61"/>
    <w:rsid w:val="002C1C89"/>
    <w:rsid w:val="002C2BC5"/>
    <w:rsid w:val="002D659D"/>
    <w:rsid w:val="002F2880"/>
    <w:rsid w:val="00302750"/>
    <w:rsid w:val="00305EA4"/>
    <w:rsid w:val="00306AC7"/>
    <w:rsid w:val="00306E8A"/>
    <w:rsid w:val="003119C7"/>
    <w:rsid w:val="00312CBC"/>
    <w:rsid w:val="00326B11"/>
    <w:rsid w:val="00326F90"/>
    <w:rsid w:val="00327369"/>
    <w:rsid w:val="00335A33"/>
    <w:rsid w:val="003378F9"/>
    <w:rsid w:val="00341712"/>
    <w:rsid w:val="00345A67"/>
    <w:rsid w:val="0035226D"/>
    <w:rsid w:val="00355FF1"/>
    <w:rsid w:val="00357DB2"/>
    <w:rsid w:val="003830A5"/>
    <w:rsid w:val="00387CE1"/>
    <w:rsid w:val="003B1AC4"/>
    <w:rsid w:val="003B1D0E"/>
    <w:rsid w:val="003C57D7"/>
    <w:rsid w:val="003C6132"/>
    <w:rsid w:val="003C680F"/>
    <w:rsid w:val="003D7335"/>
    <w:rsid w:val="003E32B7"/>
    <w:rsid w:val="003F0DCE"/>
    <w:rsid w:val="0041557C"/>
    <w:rsid w:val="004327E0"/>
    <w:rsid w:val="004369A3"/>
    <w:rsid w:val="00443E12"/>
    <w:rsid w:val="00462BC3"/>
    <w:rsid w:val="00475822"/>
    <w:rsid w:val="00481CF9"/>
    <w:rsid w:val="004B14E9"/>
    <w:rsid w:val="004D19A5"/>
    <w:rsid w:val="004E2733"/>
    <w:rsid w:val="005126DB"/>
    <w:rsid w:val="005164CA"/>
    <w:rsid w:val="00522D54"/>
    <w:rsid w:val="0054171A"/>
    <w:rsid w:val="0056626D"/>
    <w:rsid w:val="00581757"/>
    <w:rsid w:val="005825FC"/>
    <w:rsid w:val="00597B8A"/>
    <w:rsid w:val="005A051C"/>
    <w:rsid w:val="005A34F8"/>
    <w:rsid w:val="005A579B"/>
    <w:rsid w:val="005C34BE"/>
    <w:rsid w:val="005D0F28"/>
    <w:rsid w:val="005E5413"/>
    <w:rsid w:val="005F1A74"/>
    <w:rsid w:val="005F6747"/>
    <w:rsid w:val="00604178"/>
    <w:rsid w:val="006061B4"/>
    <w:rsid w:val="006064CD"/>
    <w:rsid w:val="006103A7"/>
    <w:rsid w:val="0061177F"/>
    <w:rsid w:val="006120FE"/>
    <w:rsid w:val="00617C85"/>
    <w:rsid w:val="00627E75"/>
    <w:rsid w:val="00633F24"/>
    <w:rsid w:val="0064367C"/>
    <w:rsid w:val="00662FCF"/>
    <w:rsid w:val="00684827"/>
    <w:rsid w:val="0069260F"/>
    <w:rsid w:val="006B72A4"/>
    <w:rsid w:val="006D5A94"/>
    <w:rsid w:val="006D6743"/>
    <w:rsid w:val="006D7418"/>
    <w:rsid w:val="00700781"/>
    <w:rsid w:val="00720808"/>
    <w:rsid w:val="007209DB"/>
    <w:rsid w:val="00727FF9"/>
    <w:rsid w:val="00735575"/>
    <w:rsid w:val="0073597D"/>
    <w:rsid w:val="00740F80"/>
    <w:rsid w:val="00742607"/>
    <w:rsid w:val="007554B0"/>
    <w:rsid w:val="00767DBD"/>
    <w:rsid w:val="0077515A"/>
    <w:rsid w:val="007771DE"/>
    <w:rsid w:val="00782359"/>
    <w:rsid w:val="00782588"/>
    <w:rsid w:val="00783EC9"/>
    <w:rsid w:val="007C0324"/>
    <w:rsid w:val="007C034A"/>
    <w:rsid w:val="007C1A44"/>
    <w:rsid w:val="007D0063"/>
    <w:rsid w:val="007D7786"/>
    <w:rsid w:val="007E1C70"/>
    <w:rsid w:val="008207F1"/>
    <w:rsid w:val="008320A0"/>
    <w:rsid w:val="00842A5F"/>
    <w:rsid w:val="008431C9"/>
    <w:rsid w:val="00850292"/>
    <w:rsid w:val="00857F45"/>
    <w:rsid w:val="008705E0"/>
    <w:rsid w:val="00872164"/>
    <w:rsid w:val="00872F6D"/>
    <w:rsid w:val="00873C53"/>
    <w:rsid w:val="00875CDE"/>
    <w:rsid w:val="008808E2"/>
    <w:rsid w:val="0088281D"/>
    <w:rsid w:val="008947CE"/>
    <w:rsid w:val="008A13CA"/>
    <w:rsid w:val="008C0354"/>
    <w:rsid w:val="009009F4"/>
    <w:rsid w:val="00903014"/>
    <w:rsid w:val="009076FE"/>
    <w:rsid w:val="009115FD"/>
    <w:rsid w:val="00927773"/>
    <w:rsid w:val="00930722"/>
    <w:rsid w:val="00931CE2"/>
    <w:rsid w:val="00935621"/>
    <w:rsid w:val="009430E0"/>
    <w:rsid w:val="00967A53"/>
    <w:rsid w:val="009766C6"/>
    <w:rsid w:val="00984576"/>
    <w:rsid w:val="0099581D"/>
    <w:rsid w:val="009A7B46"/>
    <w:rsid w:val="009B2407"/>
    <w:rsid w:val="009B4A6B"/>
    <w:rsid w:val="009C53A0"/>
    <w:rsid w:val="009D3EEC"/>
    <w:rsid w:val="009D5522"/>
    <w:rsid w:val="009E335F"/>
    <w:rsid w:val="009E6128"/>
    <w:rsid w:val="009F5DFC"/>
    <w:rsid w:val="00A11A1A"/>
    <w:rsid w:val="00A166DD"/>
    <w:rsid w:val="00A22B77"/>
    <w:rsid w:val="00A369B7"/>
    <w:rsid w:val="00A4047E"/>
    <w:rsid w:val="00A43A79"/>
    <w:rsid w:val="00A54E08"/>
    <w:rsid w:val="00A65E8A"/>
    <w:rsid w:val="00A740A2"/>
    <w:rsid w:val="00A92D92"/>
    <w:rsid w:val="00A972CC"/>
    <w:rsid w:val="00AA1D8D"/>
    <w:rsid w:val="00AA2430"/>
    <w:rsid w:val="00AC2A62"/>
    <w:rsid w:val="00AF09F3"/>
    <w:rsid w:val="00B0012F"/>
    <w:rsid w:val="00B00A23"/>
    <w:rsid w:val="00B035AE"/>
    <w:rsid w:val="00B36DA6"/>
    <w:rsid w:val="00B37B3C"/>
    <w:rsid w:val="00B47730"/>
    <w:rsid w:val="00B5450B"/>
    <w:rsid w:val="00B549DE"/>
    <w:rsid w:val="00B73ED5"/>
    <w:rsid w:val="00B779F6"/>
    <w:rsid w:val="00B8674C"/>
    <w:rsid w:val="00B87B14"/>
    <w:rsid w:val="00B94E26"/>
    <w:rsid w:val="00B96F8A"/>
    <w:rsid w:val="00BB22D8"/>
    <w:rsid w:val="00BB4AF9"/>
    <w:rsid w:val="00BB6019"/>
    <w:rsid w:val="00BC2396"/>
    <w:rsid w:val="00C17AD0"/>
    <w:rsid w:val="00C262CC"/>
    <w:rsid w:val="00C35A04"/>
    <w:rsid w:val="00C418F8"/>
    <w:rsid w:val="00C42A70"/>
    <w:rsid w:val="00C52FEF"/>
    <w:rsid w:val="00C55207"/>
    <w:rsid w:val="00C5647E"/>
    <w:rsid w:val="00C7558A"/>
    <w:rsid w:val="00C853CE"/>
    <w:rsid w:val="00C93343"/>
    <w:rsid w:val="00C93FD9"/>
    <w:rsid w:val="00CA64B5"/>
    <w:rsid w:val="00CB0664"/>
    <w:rsid w:val="00CB0882"/>
    <w:rsid w:val="00CB1817"/>
    <w:rsid w:val="00CB2810"/>
    <w:rsid w:val="00CB53F4"/>
    <w:rsid w:val="00CC0537"/>
    <w:rsid w:val="00CC5557"/>
    <w:rsid w:val="00CC5D57"/>
    <w:rsid w:val="00CD3159"/>
    <w:rsid w:val="00CE2E4C"/>
    <w:rsid w:val="00D0628D"/>
    <w:rsid w:val="00D069FD"/>
    <w:rsid w:val="00D1487A"/>
    <w:rsid w:val="00D21D0C"/>
    <w:rsid w:val="00D37822"/>
    <w:rsid w:val="00D53243"/>
    <w:rsid w:val="00D707F2"/>
    <w:rsid w:val="00D70BED"/>
    <w:rsid w:val="00D92BEF"/>
    <w:rsid w:val="00DB1F41"/>
    <w:rsid w:val="00DB3E5F"/>
    <w:rsid w:val="00DB5DAB"/>
    <w:rsid w:val="00E044C7"/>
    <w:rsid w:val="00E07F54"/>
    <w:rsid w:val="00E110D2"/>
    <w:rsid w:val="00E11AC2"/>
    <w:rsid w:val="00E15B22"/>
    <w:rsid w:val="00E36D61"/>
    <w:rsid w:val="00E42214"/>
    <w:rsid w:val="00E668CE"/>
    <w:rsid w:val="00E668D6"/>
    <w:rsid w:val="00E731E4"/>
    <w:rsid w:val="00E9233B"/>
    <w:rsid w:val="00EA1025"/>
    <w:rsid w:val="00EB43E0"/>
    <w:rsid w:val="00EB6D77"/>
    <w:rsid w:val="00EC0344"/>
    <w:rsid w:val="00EC1DBF"/>
    <w:rsid w:val="00EC1F89"/>
    <w:rsid w:val="00EC4EC9"/>
    <w:rsid w:val="00ED4A01"/>
    <w:rsid w:val="00ED6144"/>
    <w:rsid w:val="00EE3556"/>
    <w:rsid w:val="00EE4711"/>
    <w:rsid w:val="00EE72BA"/>
    <w:rsid w:val="00F12BED"/>
    <w:rsid w:val="00F138E8"/>
    <w:rsid w:val="00F266E1"/>
    <w:rsid w:val="00F26DD3"/>
    <w:rsid w:val="00F32296"/>
    <w:rsid w:val="00F52405"/>
    <w:rsid w:val="00F6324E"/>
    <w:rsid w:val="00F77D71"/>
    <w:rsid w:val="00F8077B"/>
    <w:rsid w:val="00F81582"/>
    <w:rsid w:val="00F92B84"/>
    <w:rsid w:val="00FA1155"/>
    <w:rsid w:val="00FA6986"/>
    <w:rsid w:val="00FB1F94"/>
    <w:rsid w:val="00FB27BD"/>
    <w:rsid w:val="00FB34DE"/>
    <w:rsid w:val="00FB5F31"/>
    <w:rsid w:val="00FB710F"/>
    <w:rsid w:val="00FC03DC"/>
    <w:rsid w:val="00FC693F"/>
    <w:rsid w:val="00FD47DE"/>
    <w:rsid w:val="00FE2923"/>
    <w:rsid w:val="00FE6293"/>
    <w:rsid w:val="00FE6942"/>
    <w:rsid w:val="00FE75EF"/>
    <w:rsid w:val="00FF1F32"/>
    <w:rsid w:val="00FF27A7"/>
    <w:rsid w:val="00FF5C20"/>
    <w:rsid w:val="00FF5C3E"/>
    <w:rsid w:val="29ADB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F710335-B1FC-4B08-8C0A-9BC399C3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9766C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72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2F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2F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F6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755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5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2793</Words>
  <Characters>15924</Characters>
  <Application>Microsoft Office Word</Application>
  <DocSecurity>0</DocSecurity>
  <Lines>132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Adamčič, Tara</dc:creator>
  <cp:keywords/>
  <dc:description>generated by python-docx</dc:description>
  <cp:lastModifiedBy>Rozman, Damjana</cp:lastModifiedBy>
  <cp:revision>2</cp:revision>
  <dcterms:created xsi:type="dcterms:W3CDTF">2026-10-17T17:17:00Z</dcterms:created>
  <dcterms:modified xsi:type="dcterms:W3CDTF">2026-10-17T17:17:00Z</dcterms:modified>
  <cp:category/>
</cp:coreProperties>
</file>